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“一带一路”关键节点区域-机场数据（2015）</w:t>
      </w:r>
    </w:p>
    <w:p>
      <w:r>
        <w:rPr>
          <w:sz w:val="22"/>
        </w:rPr>
        <w:t>英文标题：Airport data of the key areas along One Belt One Road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一带一路”沿线的34个关键节点区域机场数据是从互联网收集并再加工处理而来的。该数据通过谷歌和百度搜索引擎获得各个国家的机场信息，并对机场相关网页信息进行解析，查看机场的统计数据、特征。提取了34个关键节点区域内各个机场的位置、名称、类型、所在城市、所属国家等核心信息。基于统计资料、电子资料最终整合成机场基础设施要素数据产品。该机场数据可为“一带一路”沿线关键节点和区域开展社会经济基础设施、交通运输等研究提供重要的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“一带一路”区域重要节点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凌峰. “一带一路”关键节点区域-机场数据（2015）. 国家青藏高原科学数据中心, </w:t>
      </w:r>
      <w:r>
        <w:t>2020</w:t>
      </w:r>
      <w:r>
        <w:t>.[</w:t>
      </w:r>
      <w:r>
        <w:t xml:space="preserve">GE  Yong, LING Feng. Airport data of the key areas along One Belt One Road (2015).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中国科学院精密测量院</w:t>
        <w:br/>
      </w:r>
      <w:r>
        <w:rPr>
          <w:sz w:val="22"/>
        </w:rPr>
        <w:t xml:space="preserve">电子邮件: </w:t>
      </w:r>
      <w:r>
        <w:rPr>
          <w:sz w:val="22"/>
        </w:rPr>
        <w:t>lingfeng@apm.ac/cn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