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黑河生态水文遥感试验：水文气象观测网数据集（四道桥超级站涡动相关仪-2016）</w:t>
      </w:r>
    </w:p>
    <w:p>
      <w:r>
        <w:rPr>
          <w:sz w:val="22"/>
        </w:rPr>
        <w:t>英文标题：HiWATER: Dataset of hydrometeorological observation network (eddy covariance system of Sidaoqiao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14-23日由于涡动系统的Li7500出错及标定，数据缺失；5月1日-8月23日期间由于Li7500间断出错，导致潜热通量和二氧化碳通量缺失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08:00:00+00:00</w:t>
      </w:r>
      <w:r>
        <w:rPr>
          <w:sz w:val="22"/>
        </w:rPr>
        <w:t>--</w:t>
      </w:r>
      <w:r>
        <w:rPr>
          <w:sz w:val="22"/>
        </w:rPr>
        <w:t>2017-01-12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黑河生态水文遥感试验：水文气象观测网数据集（四道桥超级站涡动相关仪-2016）. 国家青藏高原科学数据中心, DOI:10.3972/hiwater.451.2017.db, CSTR:18406.11.hiwater.451.2017.db,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2016). National Tibetan Plateau Data Center, DOI:10.3972/hiwater.451.2017.db, CSTR:18406.11.hiwater.451.2017.db,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