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青藏高原地区航拍数据（2018）</w:t>
      </w:r>
    </w:p>
    <w:p>
      <w:r>
        <w:rPr>
          <w:sz w:val="22"/>
        </w:rPr>
        <w:t>英文标题：Aerial data of the Tibetan Plateau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该数据集由2018年青藏高原野外考察期间无人机航拍所得，数据大小为5.72 GB，包括800余张照片。照片拍摄的具体时间为2018.07.19-2018.07.26，拍摄地点主要包括羊八井、克日村、阿沛新村、仲果村、米林村、日村、冲康村、克松村、色木村、羊卓雍错及其周边地区。航拍照片较为清晰的反映了当地土地覆被状况（土地利用类型、植被密度、河流湖泊分布等等），为土地利用遥感解译工作提供了较好的验证信息，还可用于植被覆盖度的估算工作，为研究区土地利用研究提供了较好的参照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遥感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3.文件大小：5827.28MB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2018-07-25 00:00:00+00:00</w:t>
      </w:r>
      <w:r>
        <w:rPr>
          <w:sz w:val="22"/>
        </w:rPr>
        <w:t>--</w:t>
      </w:r>
      <w:r>
        <w:rPr>
          <w:sz w:val="22"/>
        </w:rPr>
        <w:t>2018-08-01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吕昌河, 刘亚群. 青藏高原地区航拍数据（2018）. 国家青藏高原科学数据中心, DOI:10.11888/Geogra.tpdc.270484, CSTR:18406.11.Geogra.tpdc.270484, </w:t>
      </w:r>
      <w:r>
        <w:t>2019</w:t>
      </w:r>
      <w:r>
        <w:t>.[</w:t>
      </w:r>
      <w:r>
        <w:t xml:space="preserve">LIU Yaqun, LV Changhe. Aerial data of the Tibetan Plateau (2018). National Tibetan Plateau Data Center, DOI:10.11888/Geogra.tpdc.270484, CSTR:18406.11.Geogra.tpdc.270484,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吕昌河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刘亚群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