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黑河流域数字土壤制图产品（第二版）：土壤厚度分布数据集（2012-2014）</w:t>
      </w:r>
    </w:p>
    <w:p>
      <w:r>
        <w:rPr>
          <w:sz w:val="22"/>
        </w:rPr>
        <w:t>英文标题：Digital soil mapping dataset of soil depth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数据来源于黑河流域重大研究计划集成项目（黑河流域土壤数据集成与土壤信息产品生成，91325301）集成的土壤剖面数据。预测方法主要是基于土壤-景观模型，该模型基本理论基础是经典的土壤发生理论，模型将土壤视为气候、地形、母质、生物和时间综合作用的产物。</w:t>
        <w:br/>
        <w:t>范围：黑河流域；</w:t>
        <w:br/>
        <w:t>投影：Albers_Conic_Equal_Area；</w:t>
        <w:br/>
        <w:t>空间分辨率：90米；</w:t>
        <w:br/>
        <w:t>数据格式：ArcGIS Grid；</w:t>
        <w:br/>
        <w:t>数据内容：土壤厚度空间分布</w:t>
        <w:br/>
        <w:t>预测方法：增强回归树</w:t>
        <w:br/>
        <w:t>环境变量：主要的成土因素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4.数据格式：ArcGIS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2012-01-05 08:00:00+00:00</w:t>
      </w:r>
      <w:r>
        <w:rPr>
          <w:sz w:val="22"/>
        </w:rPr>
        <w:t>--</w:t>
      </w:r>
      <w:r>
        <w:rPr>
          <w:sz w:val="22"/>
        </w:rPr>
        <w:t>2015-01-04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黑河流域数字土壤制图产品（第二版）：土壤厚度分布数据集（2012-2014）. 国家青藏高原科学数据中心, DOI:10.3972/heihe.016.2017.db, CSTR:18406.11.heihe.016.2017.db, </w:t>
      </w:r>
      <w:r>
        <w:t>2017</w:t>
      </w:r>
      <w:r>
        <w:t>.[</w:t>
      </w:r>
      <w:r>
        <w:t xml:space="preserve">ZHANG  Ganlin, SONG  Xiaodong. Digital soil mapping dataset of soil depth in the Heihe River Basin (2012-2014). National Tibetan Plateau Data Center, DOI:10.3972/heihe.016.2017.db, CSTR:18406.11.heihe.016.2017.db,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易晨, 李德成, 张甘霖, 赵玉国, 杨金玲, &amp; 刘峰, et al. . 土壤厚度的划分标准与案例研究. 土壤学报, 052(1), 220-227.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