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青海省按项目规模分的基本建设投资及项目个数（1978-2004）</w:t>
      </w:r>
    </w:p>
    <w:p>
      <w:r>
        <w:rPr>
          <w:sz w:val="22"/>
        </w:rPr>
        <w:t>英文标题：Capital construction investment and number of projects by project scale in Qinghai Province (1978-2004)</w:t>
      </w:r>
    </w:p>
    <w:p>
      <w:r>
        <w:rPr>
          <w:sz w:val="32"/>
        </w:rPr>
        <w:t>1、摘要</w:t>
      </w:r>
    </w:p>
    <w:p>
      <w:pPr>
        <w:ind w:firstLine="432"/>
      </w:pPr>
      <w:r>
        <w:rPr>
          <w:sz w:val="22"/>
        </w:rPr>
        <w:t>该数据集记录了青海省按项目规模分的基本建设投资及项目个数的统计数据，数据按行业、区域、隶属关系和注册类型等划分的。数据整理自青海省统计局发布的青海省统计年鉴。数据集包含4个数据表，分别为：按项目规模分的基本建设投资及项目个数1978-2001年.xls，按项目规模分的基本建设投资及项目个数1978-2002年.xls，按项目规模分的基本建设投资及项目个数1978-2003.xls，按项目规模分的基本建设投资及项目个数1978-2004年.xls。数据表结构相同。例如1978-2001年的数据表共有7个字段：</w:t>
        <w:br/>
        <w:t>字段1：年份地区</w:t>
        <w:br/>
        <w:t>字段2：项目投资</w:t>
        <w:br/>
        <w:t>字段3：施工项目</w:t>
        <w:br/>
        <w:t>字段4：项目建成数</w:t>
      </w:r>
    </w:p>
    <w:p>
      <w:r>
        <w:rPr>
          <w:sz w:val="32"/>
        </w:rPr>
        <w:t>2、关键词</w:t>
      </w:r>
    </w:p>
    <w:p>
      <w:pPr>
        <w:ind w:left="432"/>
      </w:pPr>
      <w:r>
        <w:rPr>
          <w:sz w:val="22"/>
        </w:rPr>
        <w:t>主题关键词：</w:t>
      </w:r>
      <w:r>
        <w:rPr>
          <w:sz w:val="22"/>
        </w:rPr>
        <w:t>按规模划分</w:t>
      </w:r>
      <w:r>
        <w:t>,</w:t>
      </w:r>
      <w:r>
        <w:rPr>
          <w:sz w:val="22"/>
        </w:rPr>
        <w:t>施工、投产项目个数</w:t>
      </w:r>
      <w:r>
        <w:t>,</w:t>
      </w:r>
      <w:r>
        <w:rPr>
          <w:sz w:val="22"/>
        </w:rPr>
        <w:t>社会经济</w:t>
      </w:r>
      <w:r>
        <w:t>,</w:t>
      </w:r>
      <w:r>
        <w:rPr>
          <w:sz w:val="22"/>
        </w:rPr>
        <w:t>基建投资</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青海省按项目规模分的基本建设投资及项目个数（1978-2004）. 国家青藏高原科学数据中心, </w:t>
      </w:r>
      <w:r>
        <w:t>2021</w:t>
      </w:r>
      <w:r>
        <w:t>.[</w:t>
      </w:r>
      <w:r>
        <w:t xml:space="preserve">Qinghai Provincial Bureau of Statistics. Capital construction investment and number of projects by project scale in Qinghai Province (1978-2004).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