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黑河综合遥感联合试验：冰沟流域加密观测区EO-1 Hyperion地面同步观测数据集（2008年3月22日）</w:t>
      </w:r>
    </w:p>
    <w:p>
      <w:r>
        <w:rPr>
          <w:sz w:val="22"/>
        </w:rPr>
        <w:t>英文标题：WATER: Dataset of ground truth measurements for snow synchronizing with EO-1 Hyperion in the Binggou watershed foci experimental area on Mar. 22, 2008</w:t>
      </w:r>
    </w:p>
    <w:p>
      <w:r>
        <w:rPr>
          <w:sz w:val="32"/>
        </w:rPr>
        <w:t>1、摘要</w:t>
      </w:r>
    </w:p>
    <w:p>
      <w:pPr>
        <w:ind w:firstLine="432"/>
      </w:pPr>
      <w:r>
        <w:rPr>
          <w:sz w:val="22"/>
        </w:rPr>
        <w:t>2008年3月22日在冰沟流域加密观测区开展的高光谱卫星EO-1 Hyperion地面同步观测，为积雪遥感参数反演提供了基本数据集。</w:t>
        <w:br/>
        <w:t>观测内容包括：1）雪表面比辐射率观测（便携式比辐射率测定仪测量），测量位置为冰沟寒区水文气象观测站旁。2）雪特性分析仪观测，参数包括有雪密度、雪复介电常数、雪体积含水量、雪重量含水量等，该测量在BG-A样区进行，测量时间为北京时间（BJT）2008年3月2日11:20-13:53。3）积雪参数观测，该观测分别在BG-A、BG-B、BG-C、BG-D、BG-E、BG-F6个样地进行。测量变量包括卫星分层雪深温度（针式温度计测量），雪粒径（手持式显微镜测量），雪密度（铝盒方式测量），卫星过境时同步的雪表面和雪土界面温度（手持式红外温度计测量）。4）除了卫星同步外，当天还开展了高光谱航空遥感试验，由于高光谱仪器出现问题，没有完成整个航带的飞行。因此只有部分小组在飞机过境时刻测量了地表红外温度（BG-D、BG-E、BG-B、BG-F）。 5）新雪反照率观测（利用便携式反照率表），测量位置在样方A2外的东侧。6）积雪光谱观测（便携式光谱仪：新疆气象局和南京大学提供），有GPS数据记录文件。</w:t>
        <w:br/>
        <w:t>该数据集包括原始数据和预处理数据2个文件夹。</w:t>
      </w:r>
    </w:p>
    <w:p>
      <w:r>
        <w:rPr>
          <w:sz w:val="32"/>
        </w:rPr>
        <w:t>2、关键词</w:t>
      </w:r>
    </w:p>
    <w:p>
      <w:pPr>
        <w:ind w:left="432"/>
      </w:pPr>
      <w:r>
        <w:rPr>
          <w:sz w:val="22"/>
        </w:rPr>
        <w:t>主题关键词：</w:t>
      </w:r>
      <w:r>
        <w:rPr>
          <w:sz w:val="22"/>
        </w:rPr>
        <w:t>反照率</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遥感技术</w:t>
      </w:r>
      <w:r>
        <w:t>,</w:t>
      </w:r>
      <w:r>
        <w:rPr>
          <w:sz w:val="22"/>
        </w:rPr>
        <w:t>雪特性分析仪</w:t>
      </w:r>
      <w:r>
        <w:t>,</w:t>
      </w:r>
      <w:r>
        <w:rPr>
          <w:sz w:val="22"/>
        </w:rPr>
        <w:t>可见光遥感</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2008-03-22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3.文件大小：914.9MB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2008-04-03 16:00:00+00:00</w:t>
      </w:r>
      <w:r>
        <w:rPr>
          <w:sz w:val="22"/>
        </w:rPr>
        <w:t>--</w:t>
      </w:r>
      <w:r>
        <w:rPr>
          <w:sz w:val="22"/>
        </w:rPr>
        <w:t>2008-04-03 16:00:00+00:00</w:t>
      </w:r>
    </w:p>
    <w:p>
      <w:r>
        <w:rPr>
          <w:sz w:val="32"/>
        </w:rPr>
        <w:t>6、引用方式</w:t>
      </w:r>
    </w:p>
    <w:p>
      <w:pPr>
        <w:ind w:left="432"/>
      </w:pPr>
      <w:r>
        <w:rPr>
          <w:sz w:val="22"/>
        </w:rPr>
        <w:t xml:space="preserve">数据的引用: </w:t>
      </w:r>
    </w:p>
    <w:p>
      <w:pPr>
        <w:ind w:left="432" w:firstLine="432"/>
      </w:pPr>
      <w:r>
        <w:t xml:space="preserve">白艳芬,  白云洁, 曹永攀, 盖春梅, 顾娟,  韩旭军, 郝晓华, 黄春林, 梁继, 舒乐乐, 王旭峰, 吴立宗, 徐瑱,  朱仕杰, 马明国, 方莉, 历华, 常存, 窦燕, 马忠国, 姜腾龙, 肖鹏峰,  刘艳,  张璞, 马宏伟, 孙继成. 黑河综合遥感联合试验：冰沟流域加密观测区EO-1 Hyperion地面同步观测数据集（2008年3月22日）. 国家青藏高原科学数据中心, DOI:10.3972/water973.0089.db, CSTR:18406.11.water973.0089.db, </w:t>
      </w:r>
      <w:r>
        <w:t>2013</w:t>
      </w:r>
      <w:r>
        <w:t>.[</w:t>
      </w:r>
      <w:r>
        <w:t xml:space="preserve">XIAO   Pengfeng, DOU   Yan, LI Hua, FANG   Li, SUN   Jicheng, XU   Zhen, MA   Zhongguo, GE Chunmei, WU Lizong, HUANG  Chunlin, BAI   Yanfen, LIU   Yan, HAN   Xujun, BAI   Yunjie, LIANG   Ji, SHU   Lele, ZHANG   Pu, WANG Xufeng, MA   Hongwei, ZHU   Shijie, MA Mingguo, GU  Juan, CHANG   Cun, JIANG   Tenglong, HAO Xiaohua, CAO   Yongpan. WATER: Dataset of ground truth measurements for snow synchronizing with EO-1 Hyperion in the Binggou watershed foci experimental area on Mar. 22, 2008. National Tibetan Plateau Data Center, DOI:10.3972/water973.0089.db, CSTR:18406.11.water973.0089.db,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吴立宗</w:t>
        <w:br/>
      </w:r>
      <w:r>
        <w:rPr>
          <w:sz w:val="22"/>
        </w:rPr>
        <w:t xml:space="preserve">单位: </w:t>
      </w:r>
      <w:r>
        <w:rPr>
          <w:sz w:val="22"/>
        </w:rPr>
        <w:t>中国科学院寒区旱区环境与工程研究所</w:t>
        <w:br/>
      </w:r>
      <w:r>
        <w:rPr>
          <w:sz w:val="22"/>
        </w:rPr>
        <w:t xml:space="preserve">电子邮件: </w:t>
      </w:r>
      <w:r>
        <w:rPr>
          <w:sz w:val="22"/>
        </w:rPr>
        <w:t>wulizong@lzb.ac.cn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孙继成</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