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青海省主要年份按三次产业分的年末从业人员数（1952-2018）</w:t>
      </w:r>
    </w:p>
    <w:p>
      <w:r>
        <w:rPr>
          <w:sz w:val="22"/>
        </w:rPr>
        <w:t>英文标题：Number of employees at the end of the year by three industries in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按三次产业分的年末从业人员数，数据是按产业进行划分的。数据整理自青海省统计局发布的青海省统计年鉴。数据集包含15个数据表，各数据表结构相同。例如1952-2004年的数据表共有3个字段：</w:t>
        <w:br/>
        <w:t>字段1：第一产业</w:t>
        <w:br/>
        <w:t xml:space="preserve">字段2：第二产业 </w:t>
        <w:br/>
        <w:t>字段3：第三产业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青海省主要年份按三次产业分的年末从业人员数（1952-2018）. 国家青藏高原科学数据中心, </w:t>
      </w:r>
      <w:r>
        <w:t>2021</w:t>
      </w:r>
      <w:r>
        <w:t>.[</w:t>
      </w:r>
      <w:r>
        <w:t xml:space="preserve">Qinghai Provincial Bureau of Statistics. Number of employees at the end of the year by three industries in Qinghai Province (1952-2018).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