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青海省分项目等级裁判员发展人数（1998-2001）</w:t>
      </w:r>
    </w:p>
    <w:p>
      <w:r>
        <w:rPr>
          <w:sz w:val="22"/>
        </w:rPr>
        <w:t>英文标题：The number of referees in Qinghai Province (1998-2001)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-2001年的青海省分项目等级裁判员发展人数的统计数据，数据是按国际级健将、运动健将、一级、二级、三级、少年级来划分的。数据整理自青海省统计局发布的青海省统计年鉴。数据集包含7个数据表，分别为：分项目等级裁判员发展人数（2001年）.xls，分项目等级裁判员发展人数1999年.xls，分项目等级裁判员发展人数2000年.xls，分项目等级裁判员发展人数2002年.xls，分项目等级运动员发展人数1998年.xls，分项目等级运动员发展人数1999年.xls，分项目等级运动员发展人数2000年.xls。数据表结构相同。例如1999年的数据表共有8个字段：</w:t>
        <w:br/>
        <w:t>字段1：项目</w:t>
        <w:br/>
        <w:t>字段2：合计</w:t>
        <w:br/>
        <w:t>字段3：国际级健将</w:t>
        <w:br/>
        <w:t>字段4：运动健将</w:t>
        <w:br/>
        <w:t>字段5：一级</w:t>
        <w:br/>
        <w:t>字段6：二级</w:t>
        <w:br/>
        <w:t>字段7：三级</w:t>
        <w:br/>
        <w:t>字段8：少年级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青海省分项目等级裁判员发展人数（1998-2001）. 国家青藏高原科学数据中心, </w:t>
      </w:r>
      <w:r>
        <w:t>2021</w:t>
      </w:r>
      <w:r>
        <w:t>.[</w:t>
      </w:r>
      <w:r>
        <w:t xml:space="preserve">Qinghai Provincial Bureau of Statistics. The number of referees in Qinghai Province (1998-2001).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