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青海省接待外国旅游人数（按国别分）（2000-2020）</w:t>
      </w:r>
    </w:p>
    <w:p>
      <w:r>
        <w:rPr>
          <w:sz w:val="22"/>
        </w:rPr>
        <w:t>英文标题：Number of foreign tourists in Qinghai Province (by country)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接待外国旅游人数（按国别分）的统计数据，数据按日本、韩国、印度尼西亚、马来西亚、菲律宾、新加坡、泰国、英国、法国等来源地划分的。数据整理自青海省统计局发布的青海省统计年鉴。数据集包含19个数据表，分别为：</w:t>
        <w:br/>
        <w:t>接待外国旅游人数按国别分2000-2001年.xls</w:t>
        <w:br/>
        <w:t>接待外国旅游人数按国别分2001-2002年.xls</w:t>
        <w:br/>
        <w:t>接待外国旅游人数按国别分2003-2005年.xls</w:t>
        <w:br/>
        <w:t>接待外国旅游人数按国别分2004-2006年.xls</w:t>
        <w:br/>
        <w:t>接待外国旅游人数按国别分2005-2007年.xls</w:t>
        <w:br/>
        <w:t>接待外国旅游人数按国别分2005-2008年.xls</w:t>
        <w:br/>
        <w:t>接待外国旅游人数按国别分2006-2009年.xls</w:t>
        <w:br/>
        <w:t>接待外国旅游人数按国别分2007-2010年.xls</w:t>
        <w:br/>
        <w:t>接待外国旅游人数按国别分2008-2011年.xls</w:t>
        <w:br/>
        <w:t>接待外国旅游人数按国别分2011-2012年.xls</w:t>
        <w:br/>
        <w:t>接待外国旅游人数按国别分2012-2013年.xls</w:t>
        <w:br/>
        <w:t>接待外国旅游人数按国别分2013-2014年.xls</w:t>
        <w:br/>
        <w:t>接待外国旅游人数按国别分2014-2015年.xls</w:t>
        <w:br/>
        <w:t>接待外国旅游人数按国别分2015-2016年.xls</w:t>
        <w:br/>
        <w:t>接待外国旅游人数按国别分2016-2017年.xls</w:t>
        <w:br/>
        <w:t>接待外国旅游人数按国别分2017-2018年.xls</w:t>
        <w:br/>
        <w:t>接待外国旅游人数按国别分2018-2020年.xls</w:t>
        <w:br/>
        <w:t>接待外国旅游人数2004年.xls</w:t>
        <w:br/>
        <w:t xml:space="preserve">接待外国旅游人数按国别分2002-2003.xls  </w:t>
        <w:br/>
        <w:t>数据表结构相同。例如接待外国旅游人数按国别分2000-2001年数据表共有3个字段：</w:t>
        <w:br/>
        <w:t>字段1：国家地区</w:t>
        <w:br/>
        <w:t>字段2：2000</w:t>
        <w:br/>
        <w:t>字段3：2001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青海省接待外国旅游人数（按国别分）（2000-2020）. 国家青藏高原科学数据中心, </w:t>
      </w:r>
      <w:r>
        <w:t>2021</w:t>
      </w:r>
      <w:r>
        <w:t>.[</w:t>
      </w:r>
      <w:r>
        <w:t xml:space="preserve">Qinghai Provincial Bureau of Statistics. Number of foreign tourists in Qinghai Province (by country)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