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内蒙古中部地区古生代沉积岩的地球化学数据集</w:t>
      </w:r>
    </w:p>
    <w:p>
      <w:r>
        <w:rPr>
          <w:sz w:val="22"/>
        </w:rPr>
        <w:t>英文标题：Geochemical data set of Paleozoic sedimentary rocks in central Inner Mongolia</w:t>
      </w:r>
    </w:p>
    <w:p>
      <w:r>
        <w:rPr>
          <w:sz w:val="32"/>
        </w:rPr>
        <w:t>1、摘要</w:t>
      </w:r>
    </w:p>
    <w:p>
      <w:pPr>
        <w:ind w:firstLine="432"/>
      </w:pPr>
      <w:r>
        <w:rPr>
          <w:sz w:val="22"/>
        </w:rPr>
        <w:t>数据包括内蒙古中部地区（贺根山-锡林浩特-林西一线）的志留纪徐尼乌苏组、泥盆纪锡林郭勒杂岩和二叠纪哲斯组的全岩主微量地球化学数据和锆石U-Pb同位素数据。全岩主量元素地球化学数据由XRF分析得来，微量元素地球化学数据由ICP-MS测试得来，锆石U-Pb同位素数据由LA-ICP-MS测试得来。该套数据已在地学SCI期刊《Acta Geologica Sinica (English Edition)》上发表，数据质量可靠，真实可信。通过该套数据，可以有效约束区域古生代地质构造演化过程。</w:t>
      </w:r>
    </w:p>
    <w:p>
      <w:r>
        <w:rPr>
          <w:sz w:val="32"/>
        </w:rPr>
        <w:t>2、关键词</w:t>
      </w:r>
    </w:p>
    <w:p>
      <w:pPr>
        <w:ind w:left="432"/>
      </w:pPr>
      <w:r>
        <w:rPr>
          <w:sz w:val="22"/>
        </w:rPr>
        <w:t>主题关键词：</w:t>
      </w:r>
      <w:r>
        <w:rPr>
          <w:sz w:val="22"/>
        </w:rPr>
        <w:t>沉积岩</w:t>
      </w:r>
      <w:r>
        <w:t>,</w:t>
      </w:r>
      <w:r>
        <w:rPr>
          <w:sz w:val="22"/>
        </w:rPr>
        <w:t>岩石/矿物</w:t>
      </w:r>
      <w:r>
        <w:t>,</w:t>
      </w:r>
      <w:r>
        <w:rPr>
          <w:sz w:val="22"/>
        </w:rPr>
        <w:t>地球化学</w:t>
      </w:r>
      <w:r>
        <w:t>,</w:t>
      </w:r>
      <w:r>
        <w:rPr>
          <w:sz w:val="22"/>
        </w:rPr>
        <w:t>大地构造</w:t>
      </w:r>
      <w:r>
        <w:t>,</w:t>
      </w:r>
      <w:r>
        <w:rPr>
          <w:sz w:val="22"/>
        </w:rPr>
        <w:t>缝合带</w:t>
      </w:r>
      <w:r>
        <w:t>,</w:t>
      </w:r>
      <w:r>
        <w:rPr>
          <w:sz w:val="22"/>
        </w:rPr>
        <w:t>锆石U-Pb定年</w:t>
        <w:br/>
      </w:r>
      <w:r>
        <w:rPr>
          <w:sz w:val="22"/>
        </w:rPr>
        <w:t>学科关键词：</w:t>
      </w:r>
      <w:r>
        <w:rPr>
          <w:sz w:val="22"/>
        </w:rPr>
        <w:t>固体地球</w:t>
        <w:br/>
      </w:r>
      <w:r>
        <w:rPr>
          <w:sz w:val="22"/>
        </w:rPr>
        <w:t>地点关键词：</w:t>
      </w:r>
      <w:r>
        <w:rPr>
          <w:sz w:val="22"/>
        </w:rPr>
        <w:t>贺根山，锡林浩特，林西</w:t>
        <w:br/>
      </w:r>
      <w:r>
        <w:rPr>
          <w:sz w:val="22"/>
        </w:rPr>
        <w:t>时间关键词：</w:t>
      </w:r>
      <w:r>
        <w:rPr>
          <w:sz w:val="22"/>
        </w:rPr>
        <w:t>志留纪到二叠纪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3.文件大小：0.51MB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北：45.25</w:t>
            </w:r>
          </w:p>
        </w:tc>
        <w:tc>
          <w:tcPr>
            <w:tcW w:type="dxa" w:w="2880"/>
          </w:tcPr>
          <w:p>
            <w:r>
              <w:t>-</w:t>
            </w:r>
          </w:p>
        </w:tc>
      </w:tr>
      <w:tr>
        <w:tc>
          <w:tcPr>
            <w:tcW w:type="dxa" w:w="2880"/>
          </w:tcPr>
          <w:p>
            <w:r>
              <w:t>西：115.5</w:t>
            </w:r>
          </w:p>
        </w:tc>
        <w:tc>
          <w:tcPr>
            <w:tcW w:type="dxa" w:w="2880"/>
          </w:tcPr>
          <w:p>
            <w:r>
              <w:t>-</w:t>
            </w:r>
          </w:p>
        </w:tc>
        <w:tc>
          <w:tcPr>
            <w:tcW w:type="dxa" w:w="2880"/>
          </w:tcPr>
          <w:p>
            <w:r>
              <w:t>东：118.5</w:t>
            </w:r>
          </w:p>
        </w:tc>
      </w:tr>
      <w:tr>
        <w:tc>
          <w:tcPr>
            <w:tcW w:type="dxa" w:w="2880"/>
          </w:tcPr>
          <w:p>
            <w:r>
              <w:t>-</w:t>
            </w:r>
          </w:p>
        </w:tc>
        <w:tc>
          <w:tcPr>
            <w:tcW w:type="dxa" w:w="2880"/>
          </w:tcPr>
          <w:p>
            <w:r>
              <w:t>南：43.0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李益龙. 内蒙古中部地区古生代沉积岩的地球化学数据集. 国家青藏高原科学数据中心, DOI:10.1111/1755-6724.14356, CSTR:, </w:t>
      </w:r>
      <w:r>
        <w:t>2021</w:t>
      </w:r>
      <w:r>
        <w:t>.[</w:t>
      </w:r>
      <w:r>
        <w:t xml:space="preserve">LI   Yilong. Geochemical data set of Paleozoic sedimentary rocks in central Inner Mongolia. National Tibetan Plateau Data Center, DOI:10.1111/1755-6724.14356,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