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青海省海西州德令哈、格尔木市空气质量状况（2020）</w:t>
      </w:r>
    </w:p>
    <w:p>
      <w:r>
        <w:rPr>
          <w:sz w:val="22"/>
        </w:rPr>
        <w:t>英文标题：Air quality of Delingha and Golmud in Haixi Prefecture of Qinghai Province (2020)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2020年海西州德令哈、格尔木市空气质量状况。数据整理自海西州生态环境局。数据集包含5个数据表，分别为：2020年3月份、4月份、5月份、6月份、7月份海西州德令哈、格尔木市空气质量状况统计，数据表结构相同。</w:t>
        <w:br/>
        <w:t>每个数据表共有10个字段，例如2020年6月份海西州德令哈、格尔木市空气质量状况统计表：</w:t>
        <w:br/>
        <w:t>字段1：地区</w:t>
        <w:br/>
        <w:t>字段2：主要污染物</w:t>
        <w:br/>
        <w:t>字段3：PM10浓度</w:t>
        <w:br/>
        <w:t>字段4：PM2.5浓度</w:t>
        <w:br/>
        <w:t>字段5：SO2浓度</w:t>
        <w:br/>
        <w:t>字段6：NO2浓度</w:t>
        <w:br/>
        <w:t>字段7：环境空气质量综合指数</w:t>
        <w:br/>
        <w:t>字段8：有效监测天数</w:t>
        <w:br/>
        <w:t>字段9：达标天数</w:t>
        <w:br/>
        <w:t>字段10：达标天数比例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大气质量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青海省格尔木</w:t>
      </w:r>
      <w:r>
        <w:t xml:space="preserve">, </w:t>
      </w:r>
      <w:r>
        <w:rPr>
          <w:sz w:val="22"/>
        </w:rPr>
        <w:t>青海省德令哈</w:t>
        <w:br/>
      </w:r>
      <w:r>
        <w:rPr>
          <w:sz w:val="22"/>
        </w:rPr>
        <w:t>时间关键词：</w:t>
      </w:r>
      <w:r>
        <w:rPr>
          <w:sz w:val="22"/>
        </w:rPr>
        <w:t>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3.文件大小：0.34MB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2020-02-29 16:00:00+00:00</w:t>
      </w:r>
      <w:r>
        <w:rPr>
          <w:sz w:val="22"/>
        </w:rPr>
        <w:t>--</w:t>
      </w:r>
      <w:r>
        <w:rPr>
          <w:sz w:val="22"/>
        </w:rPr>
        <w:t>2020-07-30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青海省海西州生态环境局. 青海省海西州德令哈、格尔木市空气质量状况（2020）. 国家青藏高原科学数据中心, </w:t>
      </w:r>
      <w:r>
        <w:t>2021</w:t>
      </w:r>
      <w:r>
        <w:t>.[</w:t>
      </w:r>
      <w:r>
        <w:t xml:space="preserve">Ecological Environment Bureau of Haixi Prefecture  Qinghai Province. Air quality of Delingha and Golmud in Haixi Prefecture of Qinghai Province (2020).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青海省海西州生态环境局</w:t>
        <w:br/>
      </w:r>
      <w:r>
        <w:rPr>
          <w:sz w:val="22"/>
        </w:rPr>
        <w:t xml:space="preserve">单位: </w:t>
      </w:r>
      <w:r>
        <w:rPr>
          <w:sz w:val="22"/>
        </w:rPr>
        <w:t>青海省海西州生态环境局</w:t>
        <w:br/>
      </w:r>
      <w:r>
        <w:rPr>
          <w:sz w:val="22"/>
        </w:rPr>
        <w:t xml:space="preserve">电子邮件: </w:t>
      </w:r>
      <w:r>
        <w:rPr>
          <w:sz w:val="22"/>
        </w:rPr>
        <w:t>zhaohu361@163.com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