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祁连山综合观测网：黑河流域地表过程综合观测网（荒漠站涡动相关仪-2020）</w:t>
      </w:r>
    </w:p>
    <w:p>
      <w:r>
        <w:rPr>
          <w:sz w:val="22"/>
        </w:rPr>
        <w:t>英文标题：Qilian Mountains integrated observatory network: Dataset of Heihe integrated observatory network (eddy covariance system of desert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该数据集包含了2020年1月1日至2020年12月31日的黑河流域地表过程综合观测网下游荒漠站涡动相关仪观测数据。站点位于内蒙古额济纳旗，下垫面是荒漠。观测点的经纬度是100.9872E, 42.1135N，海拔1054m。涡动相关仪的架高4.7m，采样频率是10Hz，超声朝向是正北向，超声风速温度仪为闭路涡动相关仪（CPEC200）。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祁连山综合观测网：黑河流域地表过程综合观测网（荒漠站涡动相关仪-2020）. 国家青藏高原科学数据中心, DOI:10.11888/Geogra.tpdc.271444, CSTR:18406.11.Geogra.tpdc.271444,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(eddy covariance system of desert station, 2020). National Tibetan Plateau Data Center, DOI:10.11888/Geogra.tpdc.271444, CSTR:18406.11.Geogra.tpdc.271444,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