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青海省县级城镇集中式饮用水水源地水质状况（2016-2020）</w:t>
      </w:r>
    </w:p>
    <w:p>
      <w:r>
        <w:rPr>
          <w:sz w:val="22"/>
        </w:rPr>
        <w:t>英文标题：Water quality of centralized drinking water sources in county towns of Qinghai Province (2016-2020)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2016年县级城镇集中式饮用水水源地水质状况。数据统计自青海省自然资源厅，数据集包含16个数据表，分别为：2016年1季度青海省县级城镇集中式饮用水水源水质状况1，2016年2季度青海省县级城镇集中式饮用水水源水质状况，2016年3季度青海省县级城镇集中式饮用水水源水质状况.2016年4季度青海省县级城镇集中式饮用水水源水质状况 ，2016年下半年青海省县级城镇集中式饮用水水源水质状况，2016年下半年青海省县级城镇集中式饮用水源地水质状况，2016年下半年青海省县级城镇集中式饮用水水源水质状况，2017年1季度青海省县级城镇集中式饮用水水源水质状况，2017年2季度青海省县级城镇集中式饮用水水源水质状况，2017年3季度青海省县级城镇集中式饮用水水源水质状况，2017年4季度青海省县级城镇集中式饮用水水源水质状况，2018年1季度青海省县级城镇集中式饮用水水源水质状况，2018年2季度青海省县级城镇集中式饮用水水源水质状况，2018年3季度青海省县级城镇集中式饮用水水源水质状况，2018年4季度青海省县级城镇集中式饮用水水源水质状况，2020年1季度青海省县级城镇集中式饮用水水源水质状况，2020年2季度青海省县级城镇集中式饮用水水源水质状况，2020年3季度青海省县级城镇集中式饮用水水源水质状况，数据表结构相同。</w:t>
        <w:br/>
        <w:t>每个数据表共有6个字段：</w:t>
        <w:br/>
        <w:t>字段1：序号</w:t>
        <w:br/>
        <w:t>字段2：城市名称</w:t>
        <w:br/>
        <w:t>字段3：水源名称</w:t>
        <w:br/>
        <w:t>字段4：水源类型</w:t>
        <w:br/>
        <w:t>字段5：达标类型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青海省自然资源厅. 青海省县级城镇集中式饮用水水源地水质状况（2016-2020）. 国家青藏高原科学数据中心, </w:t>
      </w:r>
      <w:r>
        <w:t>2021</w:t>
      </w:r>
      <w:r>
        <w:t>.[</w:t>
      </w:r>
      <w:r>
        <w:t xml:space="preserve">Department of Natural Resources of Qinghai Province. Water quality of centralized drinking water sources in county towns of Qinghai Province (2016-2020).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青海省自然资源厅</w:t>
        <w:br/>
      </w:r>
      <w:r>
        <w:rPr>
          <w:sz w:val="22"/>
        </w:rPr>
        <w:t xml:space="preserve">单位: </w:t>
      </w:r>
      <w:r>
        <w:rPr>
          <w:sz w:val="22"/>
        </w:rPr>
        <w:t>青海省自然资源厅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