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黑河综合遥感联合试验：冰沟流域加密观测区机载高光谱（PHI）地面同步观测数据集（2008年3月24日）</w:t>
      </w:r>
    </w:p>
    <w:p>
      <w:r>
        <w:rPr>
          <w:sz w:val="22"/>
        </w:rPr>
        <w:t>英文标题：WATER: Dataset of ground truth measurements for snow synchronizing with the airborne PHI mission in the Binggou watershed foci experimental area (Mar. 24, 2008)</w:t>
      </w:r>
    </w:p>
    <w:p>
      <w:r>
        <w:rPr>
          <w:sz w:val="32"/>
        </w:rPr>
        <w:t>1、摘要</w:t>
      </w:r>
    </w:p>
    <w:p>
      <w:pPr>
        <w:ind w:firstLine="432"/>
      </w:pPr>
      <w:r>
        <w:rPr>
          <w:sz w:val="22"/>
        </w:rPr>
        <w:t>2008年3月24日在冰沟流域开展的高光谱（PHI）航空地面同步观测，为积雪遥感参数反演提供了基本数据集。</w:t>
        <w:br/>
        <w:t>观测内容包括：</w:t>
        <w:br/>
        <w:t xml:space="preserve">1）雪特性分析仪观测，观测变量包括雪密度、雪复介电常数、雪体积含水量、雪重量含水量等，该测量在BG-A样地进行。 </w:t>
        <w:br/>
        <w:t xml:space="preserve">2）积雪参数观测，包括飞机过境时（11:11-12:35BJT）同步的雪表面温度（手持式红外温度计），分层雪深温度（针式温度计），雪粒径（手持式显微镜），雪密度（铝盒方式）。该观测分别在BG-A1、BG-A2、BG-B、BG-D、BG-E、BG-F5个样地进行。每个样点内有3个随机采样单元（ESU），例如E-1样点内，分为1、2和3ESU。 </w:t>
        <w:br/>
        <w:t>3）积雪反照率观测（总辐射表）。该观测在样地BG-A1进行。</w:t>
        <w:br/>
        <w:t>4）积雪光谱观测（新疆气象局ASD光谱仪），该观测在样地BG-A11进行。</w:t>
        <w:br/>
        <w:t>该数据集包括原始数据和预处理数据2个文件夹。</w:t>
      </w:r>
    </w:p>
    <w:p>
      <w:r>
        <w:rPr>
          <w:sz w:val="32"/>
        </w:rPr>
        <w:t>2、关键词</w:t>
      </w:r>
    </w:p>
    <w:p>
      <w:pPr>
        <w:ind w:left="432"/>
      </w:pPr>
      <w:r>
        <w:rPr>
          <w:sz w:val="22"/>
        </w:rPr>
        <w:t>主题关键词：</w:t>
      </w:r>
      <w:r>
        <w:rPr>
          <w:sz w:val="22"/>
        </w:rPr>
        <w:t>反照率</w:t>
      </w:r>
      <w:r>
        <w:t>,</w:t>
      </w:r>
      <w:r>
        <w:rPr>
          <w:sz w:val="22"/>
        </w:rPr>
        <w:t>积雪面积</w:t>
      </w:r>
      <w:r>
        <w:t>,</w:t>
      </w:r>
      <w:r>
        <w:rPr>
          <w:sz w:val="22"/>
        </w:rPr>
        <w:t>积雪深度</w:t>
      </w:r>
      <w:r>
        <w:t>,</w:t>
      </w:r>
      <w:r>
        <w:rPr>
          <w:sz w:val="22"/>
        </w:rPr>
        <w:t>地物光谱仪（ASD）</w:t>
      </w:r>
      <w:r>
        <w:t>,</w:t>
      </w:r>
      <w:r>
        <w:rPr>
          <w:sz w:val="22"/>
        </w:rPr>
        <w:t>积雪</w:t>
      </w:r>
      <w:r>
        <w:t>,</w:t>
      </w:r>
      <w:r>
        <w:rPr>
          <w:sz w:val="22"/>
        </w:rPr>
        <w:t>雪粒径</w:t>
      </w:r>
      <w:r>
        <w:t>,</w:t>
      </w:r>
      <w:r>
        <w:rPr>
          <w:sz w:val="22"/>
        </w:rPr>
        <w:t>雪密度</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2008-04-13 00:00:00+00:00</w:t>
      </w:r>
      <w:r>
        <w:rPr>
          <w:sz w:val="22"/>
        </w:rPr>
        <w:t>--</w:t>
      </w:r>
      <w:r>
        <w:rPr>
          <w:sz w:val="22"/>
        </w:rPr>
        <w:t>2008-04-13 00:00:00+00:00</w:t>
      </w:r>
    </w:p>
    <w:p>
      <w:r>
        <w:rPr>
          <w:sz w:val="32"/>
        </w:rPr>
        <w:t>6、引用方式</w:t>
      </w:r>
    </w:p>
    <w:p>
      <w:pPr>
        <w:ind w:left="432"/>
      </w:pPr>
      <w:r>
        <w:rPr>
          <w:sz w:val="22"/>
        </w:rPr>
        <w:t xml:space="preserve">数据的引用: </w:t>
      </w:r>
    </w:p>
    <w:p>
      <w:pPr>
        <w:ind w:left="432" w:firstLine="432"/>
      </w:pPr>
      <w:r>
        <w:t xml:space="preserve">白艳芬, 盖春梅, 顾娟, 郝晓华, 李弘毅, 李哲, 梁继, 马明国, 舒乐乐, 王建华, 王旭峰, 吴月茹, 徐瑱,  朱仕杰,  梁星涛, 刘志刚, 曲伟,  任杰, 方莉, 历华, 常存, 窦燕, 马忠国, 姜腾龙, 肖鹏峰,  刘艳,  张璞. 黑河综合遥感联合试验：冰沟流域加密观测区机载高光谱（PHI）地面同步观测数据集（2008年3月24日）. 国家青藏高原科学数据中心, DOI:10.3972/water973.0090.db, CSTR:18406.11.water973.0090.db, </w:t>
      </w:r>
      <w:r>
        <w:t>2013</w:t>
      </w:r>
      <w:r>
        <w:t>.[</w:t>
      </w:r>
      <w:r>
        <w:t xml:space="preserve">SHU   Lele, LI   Zhe, ZHANG   Pu, WANG Xufeng, LIU   Zhigang, ZHU   Shijie, MA Mingguo, WANG Jianhua, LI   Hongyi, GU  Juan, QU   Wei, CHANG   Cun, JIANG   Tenglong, HAO Xiaohua, XIAO   Pengfeng, REN   Jie, DOU   Yan, LI Hua, FANG   Li, WU   Yueru, XU   Zhen, MA   Zhongguo, GE Chunmei, LIANG   Xingtao, BAI   Yanfen, LIU   Yan, LIANG   Ji. WATER: Dataset of ground truth measurements for snow synchronizing with the airborne PHI mission in the Binggou watershed foci experimental area (Mar. 24, 2008). National Tibetan Plateau Data Center, DOI:10.3972/water973.0090.db, CSTR:18406.11.water973.0090.db,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任杰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