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西藏墨脱地区大气黑碳气溶胶数据集（2021年4月-5月）</w:t>
      </w:r>
    </w:p>
    <w:p>
      <w:r>
        <w:rPr>
          <w:sz w:val="22"/>
        </w:rPr>
        <w:t>英文标题：Atmospheric black carbon aerosol data set in Motuo area, Tibet (April May 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西藏墨脱地区墨脱国家气候观象台（29°18’N，95°19’E，海拔高度1305.0米）的大气黑碳气溶胶浓度的逐小时数据。观测仪器为AE31，观测时间为2021年4月9日至2021年5月20日，采样过程中产生的异常数据已经剔除。在观测期间，由于受南亚季风影响，空气湿度较大，观测场地周边受人为活动干扰较少。本数据集为研究藏东南地区大气黑碳气溶胶物理特性、时空变化特征和来源解析提供了基础数据。资助项目：第二次青藏高原综合科学考察研究任务六专题二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墨脱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2021-04-08 16:00:00+00:00</w:t>
      </w:r>
      <w:r>
        <w:rPr>
          <w:sz w:val="22"/>
        </w:rPr>
        <w:t>--</w:t>
      </w:r>
      <w:r>
        <w:rPr>
          <w:sz w:val="22"/>
        </w:rPr>
        <w:t>2021-05-19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西藏墨脱地区大气黑碳气溶胶数据集（2021年4月-5月）. 国家青藏高原科学数据中心, DOI:10.11888/Meteoro.tpdc.271813, CSTR:18406.11.Meteoro.tpdc.271813, </w:t>
      </w:r>
      <w:r>
        <w:t>2021</w:t>
      </w:r>
      <w:r>
        <w:t>.[</w:t>
      </w:r>
      <w:r>
        <w:t xml:space="preserve">SHI Jinsen, ZHANG Lei, HUANG Jianping, TIAN Pengfei. Atmospheric black carbon aerosol data set in Motuo area, Tibet (April May 2021). National Tibetan Plateau Data Center, DOI:10.11888/Meteoro.tpdc.271813, CSTR:18406.11.Meteoro.tpdc.271813,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