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塔里木河流域河流分布数据集（2000）</w:t>
      </w:r>
    </w:p>
    <w:p>
      <w:r>
        <w:rPr>
          <w:sz w:val="22"/>
        </w:rPr>
        <w:t>英文标题：River network dataset of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3.文件大小：5.25MB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塔里木河流域河流分布数据集（2000）. 国家青藏高原科学数据中心, </w:t>
      </w:r>
      <w:r>
        <w:t>2014</w:t>
      </w:r>
      <w:r>
        <w:t>.[</w:t>
      </w:r>
      <w:r>
        <w:t xml:space="preserve">National Basic Geographic Information Center. River network dataset of Tarim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