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青海省主要畜禽生产情况统计数据（2008-2018）</w:t>
      </w:r>
    </w:p>
    <w:p>
      <w:r>
        <w:rPr>
          <w:sz w:val="22"/>
        </w:rPr>
        <w:t>英文标题：Statistical data of main livestock and poultry production in Qinghai Province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畜禽生产情况统计数据，统计数据覆盖时间范围为2008年-2018年。数据按猪、牛、羊、家禽等项目划分。数据集包含11个数据表，分别为：主要畜禽生产情况表（2008年），主要畜禽生产情况表（2009年），主要畜禽生产情况表（2010年），主要畜禽生产情况表（2011年），主要畜禽生产情况表（2012年），主要畜禽生产情况表（2013年），主要畜禽生产情况表（2014年），主要畜禽生产情况表（2015年），主要畜禽生产情况表（2016年），主要畜禽生产情况表（2017年），主要畜禽生产情况表（2018年）。数据表结构相似。例如主要畜禽生产情况表（2008年）数据表共有3个字段：</w:t>
        <w:br/>
        <w:t>字段1：指标</w:t>
        <w:br/>
        <w:t>字段2：单位</w:t>
        <w:br/>
        <w:t>字段3：数量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畜禽产品生产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青海省主要畜禽生产情况统计数据（2008-2018）.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main livestock and poultry production in Qinghai Province (2008-2018).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