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环北极地区多年冻土和地下冰状态图(V2)（1997）</w:t>
      </w:r>
    </w:p>
    <w:p>
      <w:r>
        <w:rPr>
          <w:sz w:val="22"/>
        </w:rPr>
        <w:t>英文标题：Circum-Arctic map of permafrost and ground ice conditions (v2) (1997)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数据集包括： 1、permaice（冻土类型图） 2、subsea(海底界线矢量图)3、treeline(林线矢量图)4、nhipa(栅格图)5、llipa(栅格图)</w:t>
        <w:br/>
        <w:t>Permaice包括属性字段：Num_code（冻土属性编码）</w:t>
        <w:br/>
        <w:t xml:space="preserve"> Combo(冻土属性）extent（冻土范围）content(含冰量）</w:t>
        <w:br/>
        <w:t>属性对照如下：（1）冻土属性对照表：</w:t>
        <w:br/>
        <w:t xml:space="preserve">    0 （No information ）</w:t>
        <w:br/>
        <w:t xml:space="preserve">    1 - chf （Continuous permafrost extent with high ground ice content and thick overburden）</w:t>
        <w:br/>
        <w:t xml:space="preserve">    2 - dhf （Discontinuous permafrost extent with high ground ice content and thick overburden ）</w:t>
        <w:br/>
        <w:t xml:space="preserve">    3 - shf （Sporadic permafrost extent with high ground ice content and thick overburden ）</w:t>
        <w:br/>
        <w:t xml:space="preserve">    4 - ihf （Isolated patches of permafrost extent with high ground ice content and thick overburden ）</w:t>
        <w:br/>
        <w:t xml:space="preserve">    5 - cmf （Continuous permafrost extent with medium ground ice content and thick overburden ）</w:t>
        <w:br/>
        <w:t xml:space="preserve">    6 - dmf （Discontinuous permafrost extent with medium ground ice content and thick overburden ）</w:t>
        <w:br/>
        <w:t xml:space="preserve">    7 - smf （Sporadic permafrost extent with medium ground ice content and thick overburden ）</w:t>
        <w:br/>
        <w:t xml:space="preserve">    8 - imf （Isolated patches of permafrost extent with medium ground ice content and thick overburden）</w:t>
        <w:br/>
        <w:t xml:space="preserve">    9 - clf （Continuous permafrost extent with low ground ice content and thick overburden ）</w:t>
        <w:br/>
        <w:t xml:space="preserve">    10 - dlf （Discontinuous permafrost extent with low ground ice content and thick overburden ）</w:t>
        <w:br/>
        <w:t xml:space="preserve">    11 - slf （Sporadic permafrost extent with low ground ice content and thick overburden ）</w:t>
        <w:br/>
        <w:t xml:space="preserve">    12 - ilf （Isolated patches of permafrost extent with low ground ice content and thick overburden）</w:t>
        <w:br/>
        <w:t xml:space="preserve">    13 - chr （Continuous permafrost extent with high ground ice content and thin overburden and exposed bedrock ）</w:t>
        <w:br/>
        <w:t xml:space="preserve">    14 - dhr （Discontinuous permafrost extent with high ground ice content and thin overburden and exposed bedrock ）</w:t>
        <w:br/>
        <w:t xml:space="preserve">    15 - shr （Sporadic permafrost extent with high ground ice content and thin overburden and exposed bedrock ）</w:t>
        <w:br/>
        <w:t xml:space="preserve">    16 - ihr （Isolated patches of permafrost extent with high ground ice content and thin overburden and exposed bedrock）</w:t>
        <w:br/>
        <w:t xml:space="preserve">    17 - clr （Continuous permafrost extent with low ground ice content and thin overburden and exposed bedrock ）</w:t>
        <w:br/>
        <w:t xml:space="preserve">    18 - dlr （Discontinuous permafrost extent with low ground ice content and thin overburden and exposed bedrock ）</w:t>
        <w:br/>
        <w:t xml:space="preserve">    19 - slr （Sporadic permafrost extent with low ground ice content and thin overburden and exposed bedrock）</w:t>
        <w:br/>
        <w:t xml:space="preserve">    20 - ilr （Isolated patches of permafrost extent with low ground ice content and thin overburden and exposed bedrock ）</w:t>
        <w:br/>
        <w:t xml:space="preserve">    21 - g （Glaciers）</w:t>
        <w:br/>
        <w:t xml:space="preserve">    22 - r （Relict permafrost）</w:t>
        <w:br/>
        <w:t xml:space="preserve">    23 - l （Inland lakes ）</w:t>
        <w:br/>
        <w:t xml:space="preserve">    24 - o （Ocean/inland seas ）</w:t>
        <w:br/>
        <w:t xml:space="preserve">    25 - ld （Land）</w:t>
        <w:br/>
        <w:t xml:space="preserve">（2）冻土范围对照表   </w:t>
        <w:br/>
        <w:t xml:space="preserve">    c = continuous (90-100%) </w:t>
        <w:br/>
        <w:t xml:space="preserve">    d = discontinuous (50- 90%) </w:t>
        <w:br/>
        <w:t xml:space="preserve">    s = sporadic (10- 50%) </w:t>
        <w:br/>
        <w:t xml:space="preserve">    i = isolated patches ( 0 - 10%) </w:t>
        <w:br/>
        <w:t>（3）含冰量对照表</w:t>
        <w:br/>
        <w:t xml:space="preserve">    h = high  (&gt;20% for "f" landform codes) (&gt;10% for "r" landform codes) </w:t>
        <w:br/>
        <w:t xml:space="preserve">    m = medium  (10-20%) </w:t>
        <w:br/>
        <w:t xml:space="preserve">    l = low  (0-10%) </w:t>
        <w:br/>
        <w:t>------------------------------------------------------------</w:t>
        <w:br/>
        <w:t>Projection of the shapefiles is:</w:t>
        <w:br/>
        <w:t>PROJCS["Sphere_ARC_INFO_Lambert_Azimuthal_Equal_Area",</w:t>
        <w:br/>
        <w:t xml:space="preserve">    GEOGCS["GCS_Sphere_ARC_INFO",</w:t>
        <w:br/>
        <w:t xml:space="preserve">        DATUM["Sphere_ARC_INFO",           SPHEROID["Sphere_ARC_INFO",6370997.0,0.0]],</w:t>
        <w:br/>
        <w:t xml:space="preserve">        PRIMEM["Greenwich",0.0],</w:t>
        <w:br/>
        <w:t xml:space="preserve">        UNIT["Degree",0.0174532925199433]],</w:t>
        <w:br/>
        <w:t xml:space="preserve">    PROJECTION["Lambert_Azimuthal_Equal_Area"],</w:t>
        <w:br/>
        <w:t xml:space="preserve">    PARAMETER["False_Easting",0.0],</w:t>
        <w:br/>
        <w:t xml:space="preserve">    PARAMETER["False_Northing",0.0],</w:t>
        <w:br/>
        <w:t xml:space="preserve">    PARAMETER["longitude_of_center",180.0],</w:t>
        <w:br/>
        <w:t xml:space="preserve">    PARAMETER["latitude_of_center",90.0],</w:t>
        <w:br/>
        <w:t xml:space="preserve">    UNIT["Meter",1.0]]</w:t>
        <w:br/>
        <w:t>Projection for the raster (*.byte) files is:</w:t>
        <w:br/>
        <w:t>Projection: Lambert Azimuthal</w:t>
        <w:br/>
        <w:t>Units: meters</w:t>
        <w:br/>
        <w:t>Spheroid: defined</w:t>
        <w:br/>
        <w:t>Major Axis: 6371228.00000</w:t>
        <w:br/>
        <w:t>Minor Axis: 6371228.000</w:t>
        <w:br/>
        <w:t xml:space="preserve">Parameters: </w:t>
        <w:br/>
        <w:t>radius of the sphere of reference: 6371228.00000</w:t>
        <w:br/>
        <w:t>longitude of center of projection: 0</w:t>
        <w:br/>
        <w:t>latitude of center of projection: 90</w:t>
        <w:br/>
        <w:t>false easting (meters): 0.00000</w:t>
        <w:br/>
        <w:t>false northing (meters): 0.00000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地下冰</w:t>
      </w:r>
      <w:r>
        <w:t>,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环北极</w:t>
        <w:br/>
      </w:r>
      <w:r>
        <w:rPr>
          <w:sz w:val="22"/>
        </w:rPr>
        <w:t>时间关键词：</w:t>
      </w:r>
      <w:r>
        <w:rPr>
          <w:sz w:val="22"/>
        </w:rPr>
        <w:t>1997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1.比例尺：10000000</w:t>
      </w:r>
    </w:p>
    <w:p>
      <w:pPr>
        <w:ind w:left="432"/>
      </w:pPr>
      <w:r>
        <w:rPr>
          <w:sz w:val="22"/>
        </w:rPr>
        <w:t>2.投影：3408</w:t>
      </w:r>
    </w:p>
    <w:p>
      <w:pPr>
        <w:ind w:left="432"/>
      </w:pPr>
      <w:r>
        <w:rPr>
          <w:sz w:val="22"/>
        </w:rPr>
        <w:t>3.文件大小：23.5MB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2019-05-11 19:08:33+00:00</w:t>
      </w:r>
      <w:r>
        <w:rPr>
          <w:sz w:val="22"/>
        </w:rPr>
        <w:t>--</w:t>
      </w:r>
      <w:r>
        <w:rPr>
          <w:sz w:val="22"/>
        </w:rPr>
        <w:t>2019-05-11 19:08:33+00:00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Brown, J., O. Ferrians, J. A. Heginbottom, E. Melnikov, Tingjun Zhang. 环北极地区多年冻土和地下冰状态图(V2)（1997）. 国家青藏高原科学数据中心, </w:t>
      </w:r>
      <w:r>
        <w:t>2011</w:t>
      </w:r>
      <w:r>
        <w:t>.[</w:t>
      </w:r>
      <w:r>
        <w:t xml:space="preserve">ZHANG Tingjun, Brown,   J., E.  Melnikov, O.   Ferrians, J. A.  Heginbottom. Circum-Arctic map of permafrost and ground ice conditions (v2) (1997). National Tibetan Plateau Data Center,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T., J.A. Heginbottom, R.G. Barry, and J. Brown. 2000. Further Statistics on the Distribution of Permafrost and Ground Ice in the Northern Hemisphere. Polar Geog. 24(2): 126-131.</w:t>
        <w:br/>
        <w:br/>
      </w:r>
      <w:r>
        <w:t>Brown, J., O.J. Ferrians, Jr., J.A. Heginbottom, and E.S. Melnikov.. 2002. Circum-Arctic Map of Permafrost and Ground-Ice Conditions. Version 2. [indicate subset used]. Boulder, Colorado USA: National Snow and Ice Data Center.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Brown, J.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O. Ferrians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J. A. Heginbottom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E. Melnikov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Tingjun Zhang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nsidc@nsidc.org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