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格仁错湖水深测量数据集（2017）</w:t>
      </w:r>
    </w:p>
    <w:p>
      <w:r>
        <w:rPr>
          <w:sz w:val="22"/>
        </w:rPr>
        <w:t>英文标题：Water depth measurement dataset over the Kering Tso Lake （2017）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本数据集包括了2017年6-7月份江湖源考察期间格仁错深度测量数据，测量时间为2017年7月2日，数据由Lowrance HDS-5声纳测深仪测得，原始数据经surfer 13软件，利用克里金差值法制成等深线图，所测原始数据包含较多的无效深度数据，后期整理时已经过筛选剔除；选择的测线合理，保证数据涵盖了各个深度梯度。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2017-07-02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3.文件大小：88.0MB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2017-07-06 00:00:00+00:00</w:t>
      </w:r>
      <w:r>
        <w:rPr>
          <w:sz w:val="22"/>
        </w:rPr>
        <w:t>--</w:t>
      </w:r>
      <w:r>
        <w:rPr>
          <w:sz w:val="22"/>
        </w:rPr>
        <w:t>2017-07-06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格仁错湖水深测量数据集（2017）. 国家青藏高原科学数据中心, DOI:10.11888/Hydro.tpdc.270080, CSTR:18406.11.Hydro.tpdc.270080, </w:t>
      </w:r>
      <w:r>
        <w:t>2018</w:t>
      </w:r>
      <w:r>
        <w:t>.[</w:t>
      </w:r>
      <w:r>
        <w:t xml:space="preserve">WANG Junbo. Water depth measurement dataset over the Kering Tso Lake （2017）. National Tibetan Plateau Data Center, DOI:10.11888/Hydro.tpdc.270080, CSTR:18406.11.Hydro.tpdc.270080,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