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黑河生态水文遥感试验：水文气象观测网数据集（阿柔阳坡站自动气象站-2014）</w:t>
      </w:r>
    </w:p>
    <w:p>
      <w:r>
        <w:rPr>
          <w:sz w:val="22"/>
        </w:rPr>
        <w:t>英文标题：HiWATER: Dataset of Hydrometeorological observation network (automatic weather station of A’rou sunny slope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太阳能控制器出现问题，在2014.7.28-8.14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08:00:00+00:00</w:t>
      </w:r>
      <w:r>
        <w:rPr>
          <w:sz w:val="22"/>
        </w:rPr>
        <w:t>--</w:t>
      </w:r>
      <w:r>
        <w:rPr>
          <w:sz w:val="22"/>
        </w:rPr>
        <w:t>2015-01-06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黑河生态水文遥感试验：水文气象观测网数据集（阿柔阳坡站自动气象站-2014）. 国家青藏高原科学数据中心, DOI:10.3972/hiwater.249.2015.db, CSTR:18406.11.hiwater.249.2015.db,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2014). National Tibetan Plateau Data Center, DOI:10.3972/hiwater.249.2015.db, CSTR:18406.11.hiwater.249.2015.db,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