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中国华南湖南省水口山和宝山花岗闪长岩地球化学数据集</w:t>
      </w:r>
    </w:p>
    <w:p>
      <w:r>
        <w:rPr>
          <w:sz w:val="22"/>
        </w:rPr>
        <w:t>英文标题：Geochemical data sets of the Shuikoushan and Baoshan granodiorites in Hunan Province, South China</w:t>
      </w:r>
    </w:p>
    <w:p>
      <w:r>
        <w:rPr>
          <w:sz w:val="32"/>
        </w:rPr>
        <w:t>1、摘要</w:t>
      </w:r>
    </w:p>
    <w:p>
      <w:pPr>
        <w:ind w:firstLine="432"/>
      </w:pPr>
      <w:r>
        <w:rPr>
          <w:sz w:val="22"/>
        </w:rPr>
        <w:t>该数据集包含了：湖南水口山和宝山花岗闪长岩样品的岩石岩性信息、样品年代学数据、样品全岩主微量元素和Sr-Nd同位素数据和样品单矿物锆石原位Hf-O同位素数据。岩石样品的年代学数据是通过对岩石单矿物分选的岩浆锆石进行激光剥蚀电感耦合等离子体质谱（LA-ICP-MS）测定的，测试过程中91500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用于支持含角闪石的花岗闪长岩可以通过以沉积岩为主的地壳源区的部分熔融所形成。研究成果发表于SCI期刊Journal of Asian Earth Sciences上面。</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水口山和宝山</w:t>
        <w:br/>
      </w:r>
      <w:r>
        <w:rPr>
          <w:sz w:val="22"/>
        </w:rPr>
        <w:t>时间关键词：</w:t>
      </w:r>
      <w:r>
        <w:rPr>
          <w:sz w:val="22"/>
        </w:rPr>
        <w:t>Late Jurassic</w:t>
      </w:r>
    </w:p>
    <w:p>
      <w:r>
        <w:rPr>
          <w:sz w:val="32"/>
        </w:rPr>
        <w:t>3、数据细节</w:t>
      </w:r>
    </w:p>
    <w:p>
      <w:pPr>
        <w:ind w:left="432"/>
      </w:pPr>
      <w:r>
        <w:rPr>
          <w:sz w:val="22"/>
        </w:rPr>
        <w:t>1.比例尺：None</w:t>
      </w:r>
    </w:p>
    <w:p>
      <w:pPr>
        <w:ind w:left="432"/>
      </w:pPr>
      <w:r>
        <w:rPr>
          <w:sz w:val="22"/>
        </w:rPr>
        <w:t>2.投影：</w:t>
      </w:r>
    </w:p>
    <w:p>
      <w:pPr>
        <w:ind w:left="432"/>
      </w:pPr>
      <w:r>
        <w:rPr>
          <w:sz w:val="22"/>
        </w:rPr>
        <w:t>3.文件大小：0.37MB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北：27.03</w:t>
            </w:r>
          </w:p>
        </w:tc>
        <w:tc>
          <w:tcPr>
            <w:tcW w:type="dxa" w:w="2880"/>
          </w:tcPr>
          <w:p>
            <w:r>
              <w:t>-</w:t>
            </w:r>
          </w:p>
        </w:tc>
      </w:tr>
      <w:tr>
        <w:tc>
          <w:tcPr>
            <w:tcW w:type="dxa" w:w="2880"/>
          </w:tcPr>
          <w:p>
            <w:r>
              <w:t>西：112.12</w:t>
            </w:r>
          </w:p>
        </w:tc>
        <w:tc>
          <w:tcPr>
            <w:tcW w:type="dxa" w:w="2880"/>
          </w:tcPr>
          <w:p>
            <w:r>
              <w:t>-</w:t>
            </w:r>
          </w:p>
        </w:tc>
        <w:tc>
          <w:tcPr>
            <w:tcW w:type="dxa" w:w="2880"/>
          </w:tcPr>
          <w:p>
            <w:r>
              <w:t>东：113.31</w:t>
            </w:r>
          </w:p>
        </w:tc>
      </w:tr>
      <w:tr>
        <w:tc>
          <w:tcPr>
            <w:tcW w:type="dxa" w:w="2880"/>
          </w:tcPr>
          <w:p>
            <w:r>
              <w:t>-</w:t>
            </w:r>
          </w:p>
        </w:tc>
        <w:tc>
          <w:tcPr>
            <w:tcW w:type="dxa" w:w="2880"/>
          </w:tcPr>
          <w:p>
            <w:r>
              <w:t>南：25.52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中国华南湖南省水口山和宝山花岗闪长岩地球化学数据集. 国家青藏高原科学数据中心, DOI:10.1016/j.jseaes.2020.104236, CSTR:, </w:t>
      </w:r>
      <w:r>
        <w:t>2021</w:t>
      </w:r>
      <w:r>
        <w:t>.[</w:t>
      </w:r>
      <w:r>
        <w:t xml:space="preserve">LIU   Xiao. Geochemical data sets of the Shuikoushan and Baoshan granodiorites in Hunan Province, South China. National Tibetan Plateau Data Center, DOI:10.1016/j.jseaes.2020.104236, CSTR:, </w:t>
      </w:r>
      <w:r>
        <w:t>2021</w:t>
      </w:r>
      <w:r>
        <w:rPr>
          <w:sz w:val="22"/>
        </w:rPr>
        <w:t>]</w:t>
      </w:r>
    </w:p>
    <w:p>
      <w:pPr>
        <w:ind w:left="432"/>
      </w:pPr>
      <w:r>
        <w:rPr>
          <w:sz w:val="22"/>
        </w:rPr>
        <w:t xml:space="preserve">文章的引用: </w:t>
      </w:r>
    </w:p>
    <w:p>
      <w:pPr>
        <w:ind w:left="864"/>
      </w:pPr>
      <w:r>
        <w:t>Liu, X., Wang, Q., Ma, L., Derek A. Wyman, Zhao, Z.H., Yang, J.H., Zi, F,, Tang, G.J., Dan, W., &amp; Zhou, J.S. (2020). Petrogenesis of Late Jurassic Pb–Zn mineralized high δ18O granodiorites in the western Nanling Range, South China. Journal of Asian Earth Sciences, 192, 104236.</w:t>
        <w:br/>
        <w:br/>
      </w:r>
    </w:p>
    <w:p>
      <w:r>
        <w:rPr>
          <w:sz w:val="32"/>
        </w:rPr>
        <w:t>7、资助项目信息</w:t>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