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青海省海南州省控企业废气监测数据审核（2018）</w:t>
      </w:r>
    </w:p>
    <w:p>
      <w:r>
        <w:rPr>
          <w:sz w:val="22"/>
        </w:rPr>
        <w:t>英文标题：Audit of waste gas monitoring data of provincial control enterprises in Hainan prefecture of Qinghai Province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2018年海南州省控企业废气监测数据审核。数据统计自海南州生态环境局，数据集包含5个数据表，分别为：青海省海南州省控企业废气监测数据审核-2018年第一季度1，青海省海南州省控企业废气监测数据审核-2018年第二季度，青海省海南州省控企业废水监测数据审核-2018年第二季度，青海省海南州省控企业废水监测数据审核-2018年第四季度，青海省海南州省控企业废水监测数据审核-2018年第一季度2，数据表结构相同，废气监测数据审核表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海南州生态环境局. 青海省海南州省控企业废气监测数据审核（2018）. 国家青藏高原科学数据中心, </w:t>
      </w:r>
      <w:r>
        <w:t>2021</w:t>
      </w:r>
      <w:r>
        <w:t>.[</w:t>
      </w:r>
      <w:r>
        <w:t xml:space="preserve">Ecological Environment Bureau of Hainan Prefecture. Audit of waste gas monitoring data of provincial control enterprises in Hainan prefecture of Qinghai Province (2018).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海南州生态环境局</w:t>
        <w:br/>
      </w:r>
      <w:r>
        <w:rPr>
          <w:sz w:val="22"/>
        </w:rPr>
        <w:t xml:space="preserve">单位: </w:t>
      </w:r>
      <w:r>
        <w:rPr>
          <w:sz w:val="22"/>
        </w:rPr>
        <w:t>海南州生态环境局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