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青海省全省少数民族人口数（1952-2019）</w:t>
      </w:r>
    </w:p>
    <w:p>
      <w:r>
        <w:rPr>
          <w:sz w:val="22"/>
        </w:rPr>
        <w:t>英文标题：Population of ethnic minorities in Qinghai Province (1952-2019)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1952-2019年青海省全省少数民族人口数，数据是按少数民族人口总计、藏族、回族、土族、撒拉族、蒙古族、其他民族、占全省人口的比重进行划分的。数据整理自青海省统计局发布的青海省统计年鉴。数据集包含22个数据表，分别为:</w:t>
        <w:br/>
        <w:t>全省少数民族人口数1952-1998年.xls</w:t>
        <w:br/>
        <w:t>全省少数民族人口数1952-1999年.xls</w:t>
        <w:br/>
        <w:t>全省少数民族人口数1952-2000年.xls</w:t>
        <w:br/>
        <w:t>全省少数民族人口数1952-2001年.xls</w:t>
        <w:br/>
        <w:t>少数民族人口数1952-2002年.xls</w:t>
        <w:br/>
        <w:t>少数民族人口数1952-2003.xls</w:t>
        <w:br/>
        <w:t>主要年份少数民族人口数1952-2004年.xls</w:t>
        <w:br/>
        <w:t>主要年份少数民族人口数1952-2006.xls</w:t>
        <w:br/>
        <w:t>主要年份少数民族人口数1952-2008年.xls</w:t>
        <w:br/>
        <w:t>主要年份少数民族人口数1952-2009.xls</w:t>
        <w:br/>
        <w:t>主要年份少数民族人口数1982-2010年.xls</w:t>
        <w:br/>
        <w:t>主要年份少数民族人口数1985-2007.xls</w:t>
        <w:br/>
        <w:t>主要年份少数民族人口数1990年-2005.xls</w:t>
        <w:br/>
        <w:t>主要年份少数民族人口数2000-2011.xls</w:t>
        <w:br/>
        <w:t>主要年份少数民族人口数2006-2013年.xls</w:t>
        <w:br/>
        <w:t>主要年份少数民族人口数2006-2014年.xls</w:t>
        <w:br/>
        <w:t>主要年份少数民族人口数2006-2015年.xls</w:t>
        <w:br/>
        <w:t>主要年份少数民族人口数2006-2016年.xls</w:t>
        <w:br/>
        <w:t>主要年份少数民族人口数2006-2019年.xls</w:t>
        <w:br/>
        <w:t>主要年份少数民族人口数2005-2012年.xls</w:t>
        <w:br/>
        <w:t>少数民族人口数2006-2017年.xls</w:t>
        <w:br/>
        <w:t>少数民族人口数2006-2018年.xls数据表结构相同。例如全省少数民族人口数1952-1998年数据表共有8个字段：</w:t>
        <w:br/>
        <w:t>字段1：  民族</w:t>
        <w:br/>
        <w:t>字段2：1952年</w:t>
        <w:br/>
        <w:t>字段3：1978年</w:t>
        <w:br/>
        <w:t>字段4：1982年</w:t>
        <w:br/>
        <w:t>字段5：1990年</w:t>
        <w:br/>
        <w:t>字段6：1996年</w:t>
        <w:br/>
        <w:t>字段7：1997年</w:t>
        <w:br/>
        <w:t>字段8：1998年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少数民族人口数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1952-2019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1951-12-31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青海省全省少数民族人口数（1952-2019）. 国家青藏高原科学数据中心, </w:t>
      </w:r>
      <w:r>
        <w:t>2021</w:t>
      </w:r>
      <w:r>
        <w:t>.[</w:t>
      </w:r>
      <w:r>
        <w:t xml:space="preserve">Qinghai Provincial Bureau of Statistics. Population of ethnic minorities in Qinghai Province (1952-2019).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