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青海省全省总人口及自然变动情况（1952-2010）</w:t>
      </w:r>
    </w:p>
    <w:p>
      <w:r>
        <w:rPr>
          <w:sz w:val="22"/>
        </w:rPr>
        <w:t>英文标题：Total population and natural change of Qinghai Province (1952-2010)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-2010年青海省全省总人口及自然变动情况，数据是按年份进行划分的。数据整理自青海省统计局发布的青海省统计年鉴。数据集包含13个数据表，各数据表结构相同。例如1952-1998年的数据表共有8个字段：</w:t>
        <w:br/>
        <w:t>字段1：年份</w:t>
        <w:br/>
        <w:t>字段2：总人口</w:t>
        <w:br/>
        <w:t>字段3：出生人数</w:t>
        <w:br/>
        <w:t>字段4：出生率</w:t>
        <w:br/>
        <w:t>字段5：死亡人数</w:t>
        <w:br/>
        <w:t>字段6：死亡率</w:t>
        <w:br/>
        <w:t>字段7：自然增加人数</w:t>
        <w:br/>
        <w:t>字段8：自然增长率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青海省全省总人口及自然变动情况（1952-2010）. 国家青藏高原科学数据中心, </w:t>
      </w:r>
      <w:r>
        <w:t>2021</w:t>
      </w:r>
      <w:r>
        <w:t>.[</w:t>
      </w:r>
      <w:r>
        <w:t xml:space="preserve">Qinghai Provincial Bureau of Statistics. Total population and natural change of Qinghai Province (1952-2010).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