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海河流域多尺度地表通量与气象要素观测数据集：密云站-大孔径闪烁仪（2008-2010）</w:t>
      </w:r>
    </w:p>
    <w:p>
      <w:r>
        <w:rPr>
          <w:sz w:val="22"/>
        </w:rPr>
        <w:t>英文标题：Multi-scale surface flux and meteorological elements observation dataset in the Haihe River Basin (Miyun site-large aperture scitillometer)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该数据集包含了2008年1月1日至2010年12月29日的大孔径闪烁仪观测数据。站点位于北京市密云县新城子镇，下垫面是果园（李子树和苹果树）、玉米/裸地、城镇。观测点的经纬度是117.3233E，40.6308N，海拔350m。</w:t>
        <w:br/>
        <w:br/>
        <w:t>大孔径闪烁仪的采集频率为1Hz，有效高度为35.86m，光径长度是2420m，发射端经纬度是117.3319E，40.6446N，接收端的经纬度是117.3174E，40.6254N。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br/>
        <w:t>大孔径闪烁仪发布的数据包括：日期/时间Date/Time，空气折射指数结构参数Cn2（m-2/3），感热通量H_LAS（W/m2）。</w:t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密云</w:t>
      </w:r>
      <w:r>
        <w:t xml:space="preserve">, </w:t>
      </w:r>
      <w:r>
        <w:rPr>
          <w:sz w:val="22"/>
        </w:rPr>
        <w:t>北京市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南：40.6254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2008-01-09 15:00:00+00:00</w:t>
      </w:r>
      <w:r>
        <w:rPr>
          <w:sz w:val="22"/>
        </w:rPr>
        <w:t>--</w:t>
      </w:r>
      <w:r>
        <w:rPr>
          <w:sz w:val="22"/>
        </w:rPr>
        <w:t>2011-01-06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海河流域多尺度地表通量与气象要素观测数据集：密云站-大孔径闪烁仪（2008-2010）. 国家青藏高原科学数据中心, DOI:10.3972/haihe.003.2013.db, CSTR:18406.11.haihe.003.2013.db, </w:t>
      </w:r>
      <w:r>
        <w:t>2016</w:t>
      </w:r>
      <w:r>
        <w:t>.[</w:t>
      </w:r>
      <w:r>
        <w:t xml:space="preserve">LIU Shaomin, XU Ziwei. Multi-scale surface flux and meteorological elements observation dataset in the Haihe River Basin (Miyun site-large aperture scitillometer) (2008-2010). National Tibetan Plateau Data Center, DOI:10.3972/haihe.003.2013.db, CSTR:18406.11.haihe.003.2013.db,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