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青海省分行业城镇固定资产投资（2007-2014）</w:t>
      </w:r>
    </w:p>
    <w:p>
      <w:r>
        <w:rPr>
          <w:sz w:val="22"/>
        </w:rPr>
        <w:t>英文标题：Investment in urban fixed assets by industry in Qinghai Province (2007-2014)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2007-2014年青海省分行业城镇固定资产投资的统计数据，数据是按年份来划分的。数据整理自青海省统计局发布的青海省统计年鉴。数据集包含3个数据表，分别为：分行业城镇固定资产投资2007-2012年.xls，分行业城镇固定资产投资2008-2013年.xls，分行业城镇固定资产投资2008-2014年.xls。数据表结构不同。例如2008-2014年的数据共有8个字段：</w:t>
        <w:br/>
        <w:t>字段1：指标</w:t>
        <w:br/>
        <w:t>字段2：2008</w:t>
        <w:br/>
        <w:t>字段3：2009</w:t>
        <w:br/>
        <w:t>字段4：2010</w:t>
        <w:br/>
        <w:t>字段5：2011</w:t>
        <w:br/>
        <w:t>字段6：2012</w:t>
        <w:br/>
        <w:t>字段7：2013</w:t>
        <w:br/>
        <w:t>字段8：2014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青海省分行业城镇固定资产投资（2007-2014）. 国家青藏高原科学数据中心, </w:t>
      </w:r>
      <w:r>
        <w:t>2021</w:t>
      </w:r>
      <w:r>
        <w:t>.[</w:t>
      </w:r>
      <w:r>
        <w:t xml:space="preserve">Qinghai Provincial Bureau of Statistics. Investment in urban fixed assets by industry in Qinghai Province (2007-2014).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