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黑河综合遥感联合试验：临泽站加密观测区机载WiDAS和Envisat ASAR地面同步观测数据集（2008年7月11日）</w:t>
      </w:r>
    </w:p>
    <w:p>
      <w:r>
        <w:rPr>
          <w:sz w:val="22"/>
        </w:rPr>
        <w:t>英文标题：WATER: Dataset of ground truth measurement synchronizing with the airborne WiDAS mission and  Envisat ASAR in the Linze station foci experimental area on July 11, 2008</w:t>
      </w:r>
    </w:p>
    <w:p>
      <w:r>
        <w:rPr>
          <w:sz w:val="32"/>
        </w:rPr>
        <w:t>1、摘要</w:t>
      </w:r>
    </w:p>
    <w:p>
      <w:pPr>
        <w:ind w:firstLine="432"/>
      </w:pPr>
      <w:r>
        <w:rPr>
          <w:sz w:val="22"/>
        </w:rPr>
        <w:t>2008年7月11日在临泽站加密观测区开展了机载红外广角双模式成像仪WiDAS（Wide-angle Infrared Dual-mode line/area Array Scanner）以及Envisat ASAR卫星同步地面观测试验，观测内容包括土壤水分、地表辐射温度、地物光谱、BRDF、LAI-2000测量LAI、鱼眼相机测量LAI、手工测量LAI等。</w:t>
        <w:br/>
        <w:t>WiDAS由4个CCD相机、1个中红外热像仪（AGEMA 550）和1个热红外热像仪（S60）组成， 能同时获取可见光/近红外（CCD）波段5个角度、中红外波段（MIR）7个角度和热红外波段（TIR ）7个角度的数据。Envisat ASAR数据为AP模式，VV/VH极化组合方式，过境时间约为11:26BJT。</w:t>
        <w:br/>
        <w:t>1．土壤水分观测；观测目标：0-5cm表层土壤。观测仪器：环刀（体积50cm^3），ML2X土壤水分速测仪。观测样方和采样次数：荒漠东西样带（包含40个子样方，每个子样方的角点环刀各1次采样）、荒漠南北样带（包含9个子样方，每个子样方的角点环刀各1次采样）、自东向西飞行航线下LY06和LY07样方（各9次观测）、五里墩农田样方（每个观测点环刀1次采样，ML2X土壤水分速测仪3次重复）。预处理数据为土壤体积含水量。数据存储：Excel。</w:t>
        <w:br/>
        <w:t>2．地表辐射温度观测；观测仪器：手持式红外温度计（寒旱所5#，寒旱所6#，地理所）；仪器均经过定标（请参考手持红外温度计定标数据.xls）。观测样方和采样次数： 自东向西飞行航线下LY06和LY07样方（每个样方49个观测点，每个观测点3次重复）、五里墩农田样方（选多个观测点，每个观测点3次重复）。预处理数据根据热红外定标数据（标准源为黑体），将各仪器的实测温度与相应黑体温度进行直线拟合，求得拟合方程，再利用上述拟合的方程，对观测的原始观测数据进行定标处理。数据存储：Excel。</w:t>
        <w:br/>
        <w:t>3．地物光谱；观测仪器：北师大ASD光谱仪，350～2 500 nm。参考板信息：6月15日前使用40%参考板，之后改换成20%参考板。观测样方：五里墩农田样方。观测目标：玉米地、土壤、含水量已知的土壤等地物光谱。数据存储：数据包括原始数据和预处理后的数据。原始数据是光谱仪直接产生的二进制文件，用ViewSpecPro软件可以打开，详细观测记录见当天的光谱观测记录表；预处理得到的为反射率数据，格式为文本格式。</w:t>
        <w:br/>
        <w:t>4．BRDF；观测仪器：北师大ASD光谱仪，350～2 500 nm；参考板信息6月15日前使用40%参考板，之后改换成20%参考板；多角度观测架包括北京师范大学旧多角度观测架一台、北师大2008年新制多角度观测架一台、遥感所新制多角度观测架一台。观测样方：五里墩农田样方。样本类型：玉米。存储方式： 本数据集包括原始数据和处理后数据，原始数据由二进制文件和记录表构成，二进制文件可由ViewSpecPro软件读取；处理后的反射率和透射率是文本格式。</w:t>
        <w:br/>
        <w:t>5．鱼眼相机测量LAI；观测仪器：佳能EOS40D相机和佳能EF15/28鱼眼镜头以及相机支架。观测样方：五里墩农田样方I区、荒漠过渡带和杨树林。观测对象：玉米；杨树；荒漠灌丛。拍摄方法：大部分照片为从上向下拍摄，较高的作物拍摄时采取从下向上拍摄，特殊情况下，比如光线太强时，采取向下倾斜45度拍摄。具体拍摄情况见当日鱼眼相机观测记录。存储方式：该数据包括拍摄的原始照片，以及用can_eye5.0软件处理以后的结果。原始照片格式为JPG，处理结果文件格式为Excel表格。</w:t>
        <w:br/>
        <w:t>6．LAI-2000测量LAI；观测仪器：LAI-2000。观测样方：临泽站内样方、五里墩农田样方。观测对象：玉米存储方式：在每天的记录表中记录了测量时间、视角盖度数、观测模式和重复次数，以及当天的天气情况等。LAI-2000每隔一段时间导出数据一次，以txt存放的数据，每个数据有唯一的ID号，后期处理中根据每条记录的ID号来确定数据。 本数据集包括原始数据以及后处理数据。原始数据包括Word记录表格和txt数据文件；后处理数据为Excel表格。</w:t>
        <w:br/>
        <w:t>7．手工测量法测量LAI。观测样方：临泽站内B2、B3样方。测量方案：利用直尺和三角板，抽样测量和记录叶片长和宽，样方作物总株数，样方大小，计算出作物的平均叶片面积，乘上样方内总株数，得出估算的作物总的叶片面积后，除以样方面积。存储方式：此数据为处理后数据，文件格式为Excel表格，得到的是观测样方每天的LAI测量平均值。</w:t>
        <w:br/>
        <w:t>样方样带的分布和编号信息请参见元数据“黑河综合遥感联合试验：临泽站加密观测区样方样带布置”，样方位置见临泽站加密观测站样方样带坐标.xls。</w:t>
      </w:r>
    </w:p>
    <w:p>
      <w:r>
        <w:rPr>
          <w:sz w:val="32"/>
        </w:rPr>
        <w:t>2、关键词</w:t>
      </w:r>
    </w:p>
    <w:p>
      <w:pPr>
        <w:ind w:left="432"/>
      </w:pPr>
      <w:r>
        <w:rPr>
          <w:sz w:val="22"/>
        </w:rPr>
        <w:t>主题关键词：</w:t>
      </w:r>
      <w:r>
        <w:rPr>
          <w:sz w:val="22"/>
        </w:rPr>
        <w:t>土壤</w:t>
      </w:r>
      <w:r>
        <w:t>,</w:t>
      </w:r>
      <w:r>
        <w:rPr>
          <w:sz w:val="22"/>
        </w:rPr>
        <w:t>地表辐射温度</w:t>
      </w:r>
      <w:r>
        <w:t>,</w:t>
      </w:r>
      <w:r>
        <w:rPr>
          <w:sz w:val="22"/>
        </w:rPr>
        <w:t>叶面积指数</w:t>
      </w:r>
      <w:r>
        <w:t>,</w:t>
      </w:r>
      <w:r>
        <w:rPr>
          <w:sz w:val="22"/>
        </w:rPr>
        <w:t>地物光谱仪（ASD）</w:t>
      </w:r>
      <w:r>
        <w:t>,</w:t>
      </w:r>
      <w:r>
        <w:rPr>
          <w:sz w:val="22"/>
        </w:rPr>
        <w:t>植被</w:t>
      </w:r>
      <w:r>
        <w:t>,</w:t>
      </w:r>
      <w:r>
        <w:rPr>
          <w:sz w:val="22"/>
        </w:rPr>
        <w:t>地表过程</w:t>
      </w:r>
      <w:r>
        <w:t>,</w:t>
      </w:r>
      <w:r>
        <w:rPr>
          <w:sz w:val="22"/>
        </w:rPr>
        <w:t>土壤湿度/水分含量</w:t>
      </w:r>
      <w:r>
        <w:t>,</w:t>
      </w:r>
      <w:r>
        <w:rPr>
          <w:sz w:val="22"/>
        </w:rPr>
        <w:t>光谱测量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临泽站加密观测区</w:t>
        <w:br/>
      </w:r>
      <w:r>
        <w:rPr>
          <w:sz w:val="22"/>
        </w:rPr>
        <w:t>时间关键词：</w:t>
      </w:r>
      <w:r>
        <w:rPr>
          <w:sz w:val="22"/>
        </w:rPr>
        <w:t>2008-07-11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3.文件大小：61697.0MB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北：39.365047</w:t>
            </w:r>
          </w:p>
        </w:tc>
        <w:tc>
          <w:tcPr>
            <w:tcW w:type="dxa" w:w="2880"/>
          </w:tcPr>
          <w:p>
            <w:r>
              <w:t>-</w:t>
            </w:r>
          </w:p>
        </w:tc>
      </w:tr>
      <w:tr>
        <w:tc>
          <w:tcPr>
            <w:tcW w:type="dxa" w:w="2880"/>
          </w:tcPr>
          <w:p>
            <w:r>
              <w:t>西：100.144867</w:t>
            </w:r>
          </w:p>
        </w:tc>
        <w:tc>
          <w:tcPr>
            <w:tcW w:type="dxa" w:w="2880"/>
          </w:tcPr>
          <w:p>
            <w:r>
              <w:t>-</w:t>
            </w:r>
          </w:p>
        </w:tc>
        <w:tc>
          <w:tcPr>
            <w:tcW w:type="dxa" w:w="2880"/>
          </w:tcPr>
          <w:p>
            <w:r>
              <w:t>东：100.158764</w:t>
            </w:r>
          </w:p>
        </w:tc>
      </w:tr>
      <w:tr>
        <w:tc>
          <w:tcPr>
            <w:tcW w:type="dxa" w:w="2880"/>
          </w:tcPr>
          <w:p>
            <w:r>
              <w:t>-</w:t>
            </w:r>
          </w:p>
        </w:tc>
        <w:tc>
          <w:tcPr>
            <w:tcW w:type="dxa" w:w="2880"/>
          </w:tcPr>
          <w:p>
            <w:r>
              <w:t>南：39.353588</w:t>
            </w:r>
          </w:p>
        </w:tc>
        <w:tc>
          <w:tcPr>
            <w:tcW w:type="dxa" w:w="2880"/>
          </w:tcPr>
          <w:p>
            <w:r>
              <w:t>-</w:t>
            </w:r>
          </w:p>
        </w:tc>
      </w:tr>
    </w:tbl>
    <w:p>
      <w:r>
        <w:rPr>
          <w:sz w:val="32"/>
        </w:rPr>
        <w:t>5、时间范围</w:t>
      </w:r>
      <w:r>
        <w:rPr>
          <w:sz w:val="22"/>
        </w:rPr>
        <w:t>2008-07-21 08:00:00+00:00</w:t>
      </w:r>
      <w:r>
        <w:rPr>
          <w:sz w:val="22"/>
        </w:rPr>
        <w:t>--</w:t>
      </w:r>
      <w:r>
        <w:rPr>
          <w:sz w:val="22"/>
        </w:rPr>
        <w:t>2008-07-21 08:00:00+00:00</w:t>
      </w:r>
    </w:p>
    <w:p>
      <w:r>
        <w:rPr>
          <w:sz w:val="32"/>
        </w:rPr>
        <w:t>6、引用方式</w:t>
      </w:r>
    </w:p>
    <w:p>
      <w:pPr>
        <w:ind w:left="432"/>
      </w:pPr>
      <w:r>
        <w:rPr>
          <w:sz w:val="22"/>
        </w:rPr>
        <w:t xml:space="preserve">数据的引用: </w:t>
      </w:r>
    </w:p>
    <w:p>
      <w:pPr>
        <w:ind w:left="432" w:firstLine="432"/>
      </w:pPr>
      <w:r>
        <w:t xml:space="preserve">朱仕杰. 黑河综合遥感联合试验：临泽站加密观测区机载WiDAS和Envisat ASAR地面同步观测数据集（2008年7月11日）. 国家青藏高原科学数据中心, DOI:10.3972/water973.0108.db, CSTR:18406.11.water973.0108.db, </w:t>
      </w:r>
      <w:r>
        <w:t>2013</w:t>
      </w:r>
      <w:r>
        <w:t>.[</w:t>
      </w:r>
      <w:r>
        <w:t xml:space="preserve">ZHU   Shijie. WATER: Dataset of ground truth measurement synchronizing with the airborne WiDAS mission and  Envisat ASAR in the Linze station foci experimental area on July 11, 2008. National Tibetan Plateau Data Center, DOI:10.3972/water973.0108.db, CSTR:18406.11.water973.0108.db,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朱仕杰</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