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青海省畜牧业生产情况及主要畜产品产量（2000-2018）</w:t>
      </w:r>
    </w:p>
    <w:p>
      <w:r>
        <w:rPr>
          <w:sz w:val="22"/>
        </w:rPr>
        <w:t>英文标题：Production situation of animal husbandry and output of main animal products in Qinghai Province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2000-2018年的青海省畜牧业生产情况及主要畜产品产量的统计数据，数据是按照年份、指标来划分的。数据整理自青海省统计局发布的青海省统计年鉴。数据集共包含10个数据表，数据表结构相同。例如2013-2018年的数据表共有8个字段。</w:t>
        <w:br/>
        <w:t>字段1：指标</w:t>
        <w:br/>
        <w:t>字段2：Item</w:t>
        <w:br/>
        <w:t>字段3：2013</w:t>
        <w:br/>
        <w:t>字段4：2014</w:t>
        <w:br/>
        <w:t>字段5：2015</w:t>
        <w:br/>
        <w:t>字段6：2016</w:t>
        <w:br/>
        <w:t>字段7：2017</w:t>
        <w:br/>
        <w:t>字段8：2018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青海省畜牧业生产情况及主要畜产品产量（2000-2018）. 国家青藏高原科学数据中心, </w:t>
      </w:r>
      <w:r>
        <w:t>2021</w:t>
      </w:r>
      <w:r>
        <w:t>.[</w:t>
      </w:r>
      <w:r>
        <w:t xml:space="preserve">Qinghai Provincial Bureau of Statistics. Production situation of animal husbandry and output of main animal products in Qinghai Province (2000-2018).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