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黑河生态水文遥感试验：水文气象观测网数据集（4号点-乌靖桥径流观测数据-2014）</w:t>
      </w:r>
    </w:p>
    <w:p>
      <w:r>
        <w:rPr>
          <w:sz w:val="22"/>
        </w:rPr>
        <w:t>英文标题：HiWATER: Dataset of hydrometeorological observation network (No.4 runoff observation system of Wujing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6月25日的黑河中游径流加密观测中4号点的河流水位和流速观测数据。观测点位于甘肃省张掖市靖安乡上堡村黑河桥，河床为砂砾石，断面不稳定。观测点的经纬度是N39°03'53.23"，E100°25'59.31"，海拔1431米，河道宽度58米。2012年水位观测采用HOBO压力式水位计，采集频率30分钟；2013年起采用采用SR50超声测距仪，采集频率30分钟。数据说明包括以下部分：</w:t>
        <w:br/>
        <w:t>水位观测，观测频率30分钟，单位（cm）；数据涵盖时间段2014年1月1日至2014年6月25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00:00:00+00:00</w:t>
      </w:r>
      <w:r>
        <w:rPr>
          <w:sz w:val="22"/>
        </w:rPr>
        <w:t>--</w:t>
      </w:r>
      <w:r>
        <w:rPr>
          <w:sz w:val="22"/>
        </w:rPr>
        <w:t>2014-07-06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黑河生态水文遥感试验：水文气象观测网数据集（4号点-乌靖桥径流观测数据-2014）. 国家青藏高原科学数据中心, DOI:10.3972/hiwater.229.2015.db, CSTR:18406.11.hiwater.229.2015.db, </w:t>
      </w:r>
      <w:r>
        <w:t>2016</w:t>
      </w:r>
      <w:r>
        <w:t>.[</w:t>
      </w:r>
      <w:r>
        <w:t xml:space="preserve">LIU  Shaomin, XU Ziwei, LI Xin, HE Xiaobo. HiWATER: Dataset of hydrometeorological observation network (No.4 runoff observation system of Wujing bridge on the Heihe River, 2014). National Tibetan Plateau Data Center, DOI:10.3972/hiwater.229.2015.db, CSTR:18406.11.hiwater.229.2015.db,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