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青海省生产总值构成项目（1952-2019）</w:t>
      </w:r>
    </w:p>
    <w:p>
      <w:r>
        <w:rPr>
          <w:sz w:val="22"/>
        </w:rPr>
        <w:t>英文标题：GDP composition project of Qinghai Province (1952-2019)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1952年-2019年青海省生产总值构成项目，数据是按年份进行划分的。数据整理自青海省统计局发布的青海省统计年鉴。数据集包含33个数据表，各数据表结构相同。例如1990-2003年的数据表共有6个字段：</w:t>
        <w:br/>
        <w:t>字段1：年份</w:t>
        <w:br/>
        <w:t>字段2：生产总值</w:t>
        <w:br/>
        <w:t>字段3：劳动者报酬</w:t>
        <w:br/>
        <w:t>字段4：固定资产折旧</w:t>
        <w:br/>
        <w:t>字段5：生产税净额</w:t>
        <w:br/>
        <w:t>字段6：营业盈余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国内生产总值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构成项目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3.文件大小：0.291MB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青海省生产总值构成项目（1952-2019）. 国家青藏高原科学数据中心, </w:t>
      </w:r>
      <w:r>
        <w:t>2021</w:t>
      </w:r>
      <w:r>
        <w:t>.[</w:t>
      </w:r>
      <w:r>
        <w:t xml:space="preserve">Qinghai Provincial Bureau of Statistics. GDP composition project of Qinghai Province (1952-2019).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