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青海省支出法生产总值（1990-2019）</w:t>
      </w:r>
    </w:p>
    <w:p>
      <w:r>
        <w:rPr>
          <w:sz w:val="22"/>
        </w:rPr>
        <w:t>英文标题：GDP of Qinghai Province by expenditure method (1990-2019)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1990年-2019年青海省支出法生产总值，数据是按年份进行划分的，1995年以后各年生产总值，是按支出法计算的，与生产法计算的生产总值存在统计误差。数据整理自青海省统计局发布的青海省统计年鉴。数据集包含17个数据表，各数据表结构相同。例如1990-2003年的数据表共有7个字段：</w:t>
        <w:br/>
        <w:t>字段1：年份</w:t>
        <w:br/>
        <w:t>字段2：支出法生产总值</w:t>
        <w:br/>
        <w:t>字段3：最终消费</w:t>
        <w:br/>
        <w:t>字段4：资本形成总额</w:t>
        <w:br/>
        <w:t>字段5：货物和服务净出口</w:t>
        <w:br/>
        <w:t>字段6：资本形成率</w:t>
        <w:br/>
        <w:t>字段7：最终消费率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支出法生产总值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青海省支出法生产总值（1990-2019）. 国家青藏高原科学数据中心, </w:t>
      </w:r>
      <w:r>
        <w:t>2021</w:t>
      </w:r>
      <w:r>
        <w:t>.[</w:t>
      </w:r>
      <w:r>
        <w:t xml:space="preserve">Qinghai Provincial Bureau of Statistics. GDP of Qinghai Province by expenditure method (1990-2019).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