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海河流域多尺度地表通量与气象要素观测数据集：怀来站-大孔径闪烁仪（2019）</w:t>
      </w:r>
    </w:p>
    <w:p>
      <w:r>
        <w:rPr>
          <w:sz w:val="22"/>
        </w:rPr>
        <w:t>英文标题：Multi-scale surface flux and meteorological elements observation dataset in the Hai River Basin (Huailai station-large aperture scintillometer, 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该数据集包含了2019年1月1日至2019年12月31日的大孔径闪烁仪观测数据，分别架设了两台型号为BLS450和zzlas的大孔径闪烁仪。站点位于河北省怀来县东花园镇，下垫面玉米。观测点的经纬度是115.7880E, 40.3491N，海拔480m。大孔径闪烁仪的有效高度为14m，光径长度是1870m，发射端经纬度是115.8023E，40.3596N，接收端的经纬度是115.7825E，40.3522N。BLS450和zzlas的采集频率分别为5Hz和1Hz，平均为1min输出。</w:t>
        <w:br/>
        <w:t>大孔径闪烁仪原始数据为1min，发布的数据为经过处理与质量控制后的30min平均数据，其中感热通量主要是结合自动气象站数据，基于莫宁-奥布霍夫相似理论通过迭代计算得到。在迭代计算过程中，对于BLS450，选取Thiermann and Grassl,1992的稳定度函数；对于zzlas，选取Andreas,1988的稳定度函数。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t>关于发布数据的几点说明：（1）LAS数据以BLS450为主，缺失时刻由zzlas观测补充，两者都缺失则以-6999标记。（2）数据表头：Date/Time：日期/时间，Cn2：空气折射指数结构参数（m-2/3），H_LAS：感热通量（W/m2）。数据时间的含义，如0:30代表0:00-0:30的平均；数据以*.xls格式存储。</w:t>
        <w:br/>
        <w:t>观测试验或站点信息请参考Guo et al. (2020)，数据处理请参考Liu et al. 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北：40.3596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西：115.8023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东：115.8023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南：40.3596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海河流域多尺度地表通量与气象要素观测数据集：怀来站-大孔径闪烁仪（2019）. 国家青藏高原科学数据中心, DOI:10.11888/Meteoro.tpdc.271101, CSTR:18406.11.Meteoro.tpdc.271101, </w:t>
      </w:r>
      <w:r>
        <w:t>2021</w:t>
      </w:r>
      <w:r>
        <w:t>.[</w:t>
      </w:r>
      <w:r>
        <w:t xml:space="preserve">XU  Ziwei, LIU Shaomin. Multi-scale surface flux and meteorological elements observation dataset in the Hai River Basin (Huailai station-large aperture scintillometer, 2019). National Tibetan Plateau Data Center, DOI:10.11888/Meteoro.tpdc.271101, CSTR:18406.11.Meteoro.tpdc.271101,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