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我国首个侏罗纪道虎沟蜻蜓目Hypsothemis化石数据</w:t>
      </w:r>
    </w:p>
    <w:p>
      <w:r>
        <w:rPr>
          <w:sz w:val="22"/>
        </w:rPr>
        <w:t>英文标题：The first fossil data of Jurassic Odonata hypothemis from Daohugou</w:t>
      </w:r>
    </w:p>
    <w:p>
      <w:r>
        <w:rPr>
          <w:sz w:val="32"/>
        </w:rPr>
        <w:t>1、摘要</w:t>
      </w:r>
    </w:p>
    <w:p>
      <w:pPr>
        <w:ind w:firstLine="432"/>
      </w:pPr>
      <w:r>
        <w:rPr>
          <w:sz w:val="22"/>
        </w:rPr>
        <w:t>1）本文报道了中国首个侏罗纪蜻蜓目Hypsothemis化石来自道虎沟生物群。</w:t>
        <w:br/>
        <w:t>2）化石来自我国中上侏罗统内蒙古赤峰市宁城县道虎沟地区，对化石进行镜下修复，使用v16体式显微镜对化石进行拍照，得到图鉴数据，使用ps软件进行图版制作。</w:t>
        <w:br/>
        <w:t>3）新属种基于1块化石建立，保存于道虎沟化石层中部的凝灰质页岩中，图像数据清晰、分辨率高。</w:t>
        <w:br/>
        <w:t>4）Hypsothemis之前仅发现于哈萨克斯坦卡拉巴斯套组，该研究反映了我国东北地区道虎沟生物群与卡拉套生物群具有明显的古生物地理学联系。</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2018-04-17 16:00:00+00:00</w:t>
      </w:r>
      <w:r>
        <w:rPr>
          <w:sz w:val="22"/>
        </w:rPr>
        <w:t>--</w:t>
      </w:r>
      <w:r>
        <w:rPr>
          <w:sz w:val="22"/>
        </w:rPr>
        <w:t>2019-07-18 03:59:59+00:00</w:t>
      </w:r>
    </w:p>
    <w:p>
      <w:r>
        <w:rPr>
          <w:sz w:val="32"/>
        </w:rPr>
        <w:t>6、引用方式</w:t>
      </w:r>
    </w:p>
    <w:p>
      <w:pPr>
        <w:ind w:left="432"/>
      </w:pPr>
      <w:r>
        <w:rPr>
          <w:sz w:val="22"/>
        </w:rPr>
        <w:t xml:space="preserve">数据的引用: </w:t>
      </w:r>
    </w:p>
    <w:p>
      <w:pPr>
        <w:ind w:left="432" w:firstLine="432"/>
      </w:pPr>
      <w:r>
        <w:t xml:space="preserve">付衍哲. 我国首个侏罗纪道虎沟蜻蜓目Hypsothemis化石数据. 国家青藏高原科学数据中心, DOI:10.1080/03115518.2019.1665709, CSTR:, </w:t>
      </w:r>
      <w:r>
        <w:t>2021</w:t>
      </w:r>
      <w:r>
        <w:t>.[</w:t>
      </w:r>
      <w:r>
        <w:t xml:space="preserve">FU   Yanzhe. The first fossil data of Jurassic Odonata hypothemis from Daohugou. National Tibetan Plateau Data Center, DOI:10.1080/03115518.2019.1665709,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