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青海省职业介绍工作情况（2001-2009）</w:t>
      </w:r>
    </w:p>
    <w:p>
      <w:r>
        <w:rPr>
          <w:sz w:val="22"/>
        </w:rPr>
        <w:t>英文标题：Job introduction in Qinghai Province (2001-2009)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该数据集记录了2001年-2009年青海省职业介绍工作情况，数据是按年份进行划分的。数据整理自青海省统计局发布的青海省统计年鉴。数据集包含8个数据表，各数据表结构相同。例如2001年的数据表共有8个字段：</w:t>
        <w:br/>
        <w:t>字段1：指标</w:t>
        <w:br/>
        <w:t>字段2：总计</w:t>
        <w:br/>
        <w:t>字段3：劳动保障部门办</w:t>
        <w:br/>
        <w:t>字段4：县(区)以上</w:t>
        <w:br/>
        <w:t>字段5：街道</w:t>
        <w:br/>
        <w:t>字段6：乡镇</w:t>
        <w:br/>
        <w:t>字段7：其他组织办</w:t>
        <w:br/>
        <w:t>字段8：公民个人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劳动保障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就业中介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青海省职业介绍工作情况（2001-2009）. 国家青藏高原科学数据中心, </w:t>
      </w:r>
      <w:r>
        <w:t>2021</w:t>
      </w:r>
      <w:r>
        <w:t>.[</w:t>
      </w:r>
      <w:r>
        <w:t xml:space="preserve">Qinghai Provincial Bureau of Statistics. Job introduction in Qinghai Province (2001-2009).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