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青海省农村电力、灌溉面积、化肥使用量（1978-2020）</w:t>
      </w:r>
    </w:p>
    <w:p>
      <w:r>
        <w:rPr>
          <w:sz w:val="22"/>
        </w:rPr>
        <w:t>英文标题：Rural power, irrigation area and fertilizer use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-2020年青海省农村电力、灌溉面积、化肥使用量的统计数据，数据按主要年份和西宁市、海东地区、海北州、黄南州、海南州、玉树州、果洛州、海西州等区域划分的。数据整理自青海省统计局发布的青海省统计年鉴。数据集包含17个数据表，分别为：</w:t>
        <w:br/>
        <w:t>青海省主要年份农村电力、化肥施用量（1978-2020）.xls</w:t>
        <w:br/>
        <w:t>主要年份农村电力、化肥施用量1978-2014年.xls</w:t>
        <w:br/>
        <w:t>主要年份农村电力、化肥施用量1978-2015年.xls</w:t>
        <w:br/>
        <w:t>主要年份农村电力、化肥施用量1978-2016年.xls</w:t>
        <w:br/>
        <w:t>主要年份农村电力、化肥施用量1978-2017年.xls</w:t>
        <w:br/>
        <w:t>主要年份农村电力、化肥施用量1978-2018年.xls</w:t>
        <w:br/>
        <w:t>主要年份农村电力、灌溉面积、化肥施用量1978-2004年.xls</w:t>
        <w:br/>
        <w:t>主要年份农村电力、灌溉面积、化肥施用量1978-2011.xls</w:t>
        <w:br/>
        <w:t>主要年份农村电力、灌溉面积、化肥施用量1978-2013年.xls</w:t>
        <w:br/>
        <w:t>主要年份农村电力、灌溉面积、化肥施用量1978-2012年.xls</w:t>
        <w:br/>
        <w:t>主要年份及各地区农村电力、灌溉面积、化肥施用量1978-2003.xls</w:t>
        <w:br/>
        <w:t>农村电力、灌溉面积、化肥使用量1978-2010年.xls</w:t>
        <w:br/>
        <w:t>农村电力、灌溉面积、化肥施用量1978-2005年.xls</w:t>
        <w:br/>
        <w:t>农村电力、灌溉面积、化肥施用量1978-2006年.xls</w:t>
        <w:br/>
        <w:t>农村电力、灌溉面积、化肥施用量1978-2007年.xls</w:t>
        <w:br/>
        <w:t>农村电力、灌溉面积、化肥施用量1978-2008年.xls</w:t>
        <w:br/>
        <w:t xml:space="preserve">农村电力、灌溉面积、化肥施用量1978-2009年.xls  </w:t>
        <w:br/>
        <w:t>数据表结构相同。例如农村电力、灌溉面积、化肥施用量1978-2006年数据表共有7个字段：</w:t>
        <w:br/>
        <w:t>字段1：年份</w:t>
        <w:br/>
        <w:t>字段2：乡村办水电站</w:t>
        <w:br/>
        <w:t>字段3：农村用电量</w:t>
        <w:br/>
        <w:t>字段4：化肥施用量</w:t>
        <w:br/>
        <w:t>字段5：有效灌溉面积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化肥使用量</w:t>
      </w:r>
      <w:r>
        <w:t>,</w:t>
      </w:r>
      <w:r>
        <w:rPr>
          <w:sz w:val="22"/>
        </w:rPr>
        <w:t>农村用电量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灌溉面积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青海省农村电力、灌溉面积、化肥使用量（1978-2020）. 国家青藏高原科学数据中心, </w:t>
      </w:r>
      <w:r>
        <w:t>2021</w:t>
      </w:r>
      <w:r>
        <w:t>.[</w:t>
      </w:r>
      <w:r>
        <w:t xml:space="preserve">Qinghai Provincial Bureau of Statistics. Rural power, irrigation area and fertilizer use in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