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青海省旅游事业发展情况（1999-2020）</w:t>
      </w:r>
    </w:p>
    <w:p>
      <w:r>
        <w:rPr>
          <w:sz w:val="22"/>
        </w:rPr>
        <w:t>英文标题：Tourism development in Qinghai Province (1999-2020)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旅游事业发展情况1999-2020年的统计数据，数据按年末旅行社数（个）、年末旅行社从业人员（人）、星级饭店总数（个）、旅游人次合计（万人次）、旅游总收入（亿元）、国内旅游者人均花费（元）、国际旅游外汇收入（万美元）、国际旅游人均花费（美元）等划分的。数据整理自青海省统计局发布的青海省统计年鉴。数据集包含19个数据表，分别为：</w:t>
        <w:br/>
        <w:t>旅游事业发展情况1999-2005年.xls</w:t>
        <w:br/>
        <w:t>旅游事业发展情况20002006年.xls</w:t>
        <w:br/>
        <w:t>旅游事业发展情况20012007年.xls</w:t>
        <w:br/>
        <w:t>旅游事业发展情况20012008年.xls</w:t>
        <w:br/>
        <w:t>旅游事业发展情况2005-2009年.xls</w:t>
        <w:br/>
        <w:t>旅游事业发展情况2006-2010年.xls</w:t>
        <w:br/>
        <w:t>旅游事业发展情况2007-2011年.xls</w:t>
        <w:br/>
        <w:t>旅游事业发展情况2008-2012年.xls</w:t>
        <w:br/>
        <w:t>旅游事业发展情况2009-2013年.xls</w:t>
        <w:br/>
        <w:t>旅游事业发展情况2010-2014年.xls</w:t>
        <w:br/>
        <w:t>旅游事业发展情况2011-2015年.xls</w:t>
        <w:br/>
        <w:t>旅游事业发展情况2012-2016年.xls</w:t>
        <w:br/>
        <w:t>旅游事业发展情况2013-2017年.xls</w:t>
        <w:br/>
        <w:t>旅游事业发展情况2014-2018年.xls</w:t>
        <w:br/>
        <w:t>旅游事业发展情况2015-2020年.xls</w:t>
        <w:br/>
        <w:t>旅游情况2000-2001年.xls</w:t>
        <w:br/>
        <w:t>旅游情况2001-2002年.xls</w:t>
        <w:br/>
        <w:t>旅游情况2002-2003.xls</w:t>
        <w:br/>
        <w:t xml:space="preserve">旅游情况2004年年.xls  </w:t>
        <w:br/>
        <w:t>数据表结构类似。例如旅游情况2000-2001年数据表共有3个字段：</w:t>
        <w:br/>
        <w:t>字段1：指标</w:t>
        <w:br/>
        <w:t>字段2：2000</w:t>
        <w:br/>
        <w:t>字段3：2001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旅游业发展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青海省旅游事业发展情况（1999-2020）. 国家青藏高原科学数据中心, </w:t>
      </w:r>
      <w:r>
        <w:t>2021</w:t>
      </w:r>
      <w:r>
        <w:t>.[</w:t>
      </w:r>
      <w:r>
        <w:t xml:space="preserve">Qinghai Provincial Bureau of Statistics. Tourism development in Qinghai Province (1999-2020).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