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青海省居民家庭现金收入及支出（2013-2020）</w:t>
      </w:r>
    </w:p>
    <w:p>
      <w:r>
        <w:rPr>
          <w:sz w:val="22"/>
        </w:rPr>
        <w:t>英文标题：Cash income and expenditure of households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2013-2020年青海省居民家庭现金收入及支出的统计数据，数据按现金工资性收入、现金经营性收入、现金财产性收入、现金转移性收入、现金消费支出、生产经营现金费用支出、现金财产性支出、现金转移性支出、部分商业保险支出、购置资产及、借贷性支出等划分的。数据整理自青海省统计局发布的青海省统计年鉴。数据集包含6个数据表，分别为：</w:t>
        <w:br/>
        <w:t>居民家庭现金收入及支出2013-2014年.xls</w:t>
        <w:br/>
        <w:t>居民家庭现金收入及支出2014-2015年.xls</w:t>
        <w:br/>
        <w:t>居民家庭现金收入及支出2015-2016年.xls</w:t>
        <w:br/>
        <w:t>居民家庭现金收入及支出2016-2017年.xls</w:t>
        <w:br/>
        <w:t xml:space="preserve">居民家庭现金收入及支出2017-2018年.xls </w:t>
        <w:br/>
        <w:t xml:space="preserve">居民家庭现金收入及支出2019-2020年.xls </w:t>
        <w:br/>
        <w:t>数据表结构相同。例如居民家庭现金收入及支出2013-2014年数据表共有7个字段：</w:t>
        <w:br/>
        <w:t>字段1：指标</w:t>
        <w:br/>
        <w:t>字段2：全体居民</w:t>
        <w:br/>
        <w:t>字段3：城镇常住居民</w:t>
        <w:br/>
        <w:t>字段4：农村常住居民</w:t>
        <w:br/>
        <w:t>字段5：全体居民</w:t>
        <w:br/>
        <w:t>字段6：城镇常住居民</w:t>
        <w:br/>
        <w:t>字段7：农村常住居民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家庭收支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青海省居民家庭现金收入及支出（2013-2020）. 国家青藏高原科学数据中心, </w:t>
      </w:r>
      <w:r>
        <w:t>2021</w:t>
      </w:r>
      <w:r>
        <w:t>.[</w:t>
      </w:r>
      <w:r>
        <w:t xml:space="preserve">Qinghai Provincial Bureau of Statistics. Cash income and expenditure of households in Qinghai Province (2013-2020).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