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黑河综合遥感联合试验：冰沟流域加密观测区MODIS地面同步观测数据集（2008年3月19日）</w:t>
      </w:r>
    </w:p>
    <w:p>
      <w:r>
        <w:rPr>
          <w:sz w:val="22"/>
        </w:rPr>
        <w:t>英文标题：WATER: Dataset of ground truth measurements for snow synchronizing with MODIS in the Binggou watershed foci experimental area on Mar. 19,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2008年3月19日在冰沟流域加密观测试验区开展的MODIS地面同步积雪参数观测，可以为机载－星载遥感数据的雪温度反演和验证提供基本的数据集。</w:t>
        <w:br/>
        <w:t>观测内容包括：</w:t>
        <w:br/>
        <w:t xml:space="preserve">1）积雪参数观测，观测时间为卫星过境时时刻北京时间（BJT）2008年3月19日（12:40-13:00）。该观测在BG-B样地展开，分为4个观测小组，每组测量16个点，共计64个观测点。观测变量包括：雪深（尺子测量，每个点随机观测5个雪深数据）；雪表面温度（手持式红外温度计测量，随机多次观测）；分层雪深温度（针式温度计测量，按照10cm分层观测，每个测量点重复观测2次）；雪粒径（手持式显微镜测量，按照10cm分层观测，每个测量点重复观测3次）。  </w:t>
        <w:br/>
        <w:t xml:space="preserve">2）雪特性分析仪观测，观测变量包括有雪密度、雪复介电常数、雪体积含水量、雪重量含水量等。该测量在BG-A样地展开，一个自动观测点，配合光谱仪观测。  </w:t>
        <w:br/>
        <w:t xml:space="preserve">3）积雪光谱观测（ASD光谱仪），观测点位置见GPS记录文件。  </w:t>
        <w:br/>
        <w:t>4）积雪反照率观测（便携式反照率表测量），在BG-A样地进行。</w:t>
        <w:br/>
        <w:t>本数据集包括原始数据和预处理数据2个文件夹。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近红外遥感</w:t>
      </w:r>
      <w:r>
        <w:t>,</w:t>
      </w:r>
      <w:r>
        <w:rPr>
          <w:sz w:val="22"/>
        </w:rPr>
        <w:t>雪光谱特征</w:t>
      </w:r>
      <w:r>
        <w:t>,</w:t>
      </w:r>
      <w:r>
        <w:rPr>
          <w:sz w:val="22"/>
        </w:rPr>
        <w:t>反照率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雪水当量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2008-03-19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3.文件大小：116.5MB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2008-03-29 16:00:00+00:00</w:t>
      </w:r>
      <w:r>
        <w:rPr>
          <w:sz w:val="22"/>
        </w:rPr>
        <w:t>--</w:t>
      </w:r>
      <w:r>
        <w:rPr>
          <w:sz w:val="22"/>
        </w:rPr>
        <w:t>2008-03-29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盖春梅, 郝晓华, 徐瑱,  朱仕杰. 黑河综合遥感联合试验：冰沟流域加密观测区MODIS地面同步观测数据集（2008年3月19日）. 国家青藏高原科学数据中心, DOI:10.3972/water973.0087.db, CSTR:18406.11.water973.0087.db, </w:t>
      </w:r>
      <w:r>
        <w:t>2013</w:t>
      </w:r>
      <w:r>
        <w:t>.[</w:t>
      </w:r>
      <w:r>
        <w:t xml:space="preserve">XU   Zhen, GE Chunmei, ZHU   Shijie, HAO Xiaohua. WATER: Dataset of ground truth measurements for snow synchronizing with MODIS in the Binggou watershed foci experimental area on Mar. 19, 2008. National Tibetan Plateau Data Center, DOI:10.3972/water973.0087.db, CSTR:18406.11.water973.0087.db,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郝晓华, 王建, 车涛, 张璞, 梁继, 李弘毅, 李哲, 白云洁, 白艳芬. 祁连山区冰沟流域积雪分布特征及其属性观测分析. 冰川冻土, 2009, 31(2): 284-292.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盖春梅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gechm@lzb.ac.cn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徐瑱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