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黑河生态水文遥感试验：水文气象观测网数据集（垭口站涡动相关仪-2015）</w:t>
      </w:r>
    </w:p>
    <w:p>
      <w:r>
        <w:rPr>
          <w:sz w:val="22"/>
        </w:rPr>
        <w:t>英文标题：HiWATER: Dataset of hydrometeorological observation network (eddy covariance system of Yakou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；当存储卡存储数据出现问题导致10Hz数据缺失时(1.12-3.14,10.7-12.31)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黑河生态水文遥感试验：水文气象观测网数据集（垭口站涡动相关仪-2015）. 国家青藏高原科学数据中心, DOI:10.3972/hiwater.298.2016.db, CSTR:18406.11.hiwater.298.2016.db,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Yakou station, 2015). National Tibetan Plateau Data Center, DOI:10.3972/hiwater.298.2016.db, CSTR:18406.11.hiwater.298.2016.db,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