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青海省城镇登记失业人员变化情况（1980-2003）</w:t>
      </w:r>
    </w:p>
    <w:p>
      <w:r>
        <w:rPr>
          <w:sz w:val="22"/>
        </w:rPr>
        <w:t>英文标题：Changes of urban registered unemployed in Qinghai Province (1980-2003)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了青海省城镇登记失业人员变化情况1980-2003年的统计数据，数据按行业、区域、用途等划分的。数据整理自青海省统计局发布的青海省统计年鉴。数据集包含7个数据表，分别为：城镇登记失业人员变化情况1980-2001年.xls，城镇登记失业人员变化情况1980-2002年.xls，城镇登记失业人员变化情况1980-2003.xls，城镇登记失业人员变化情况1990-1998年.xls等。数据表结构相同。例如1980-2003年的数据表共有4个字段：</w:t>
        <w:br/>
        <w:t>字段1：年份</w:t>
        <w:br/>
        <w:t>字段2：失业人数</w:t>
        <w:br/>
        <w:t>字段3：总人数</w:t>
        <w:br/>
        <w:t>字段4：占比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失业人口</w:t>
      </w:r>
      <w:r>
        <w:t>,</w:t>
      </w:r>
      <w:r>
        <w:rPr>
          <w:sz w:val="22"/>
        </w:rPr>
        <w:t>人口</w:t>
      </w:r>
      <w:r>
        <w:t>,</w:t>
      </w:r>
      <w:r>
        <w:rPr>
          <w:sz w:val="22"/>
        </w:rPr>
        <w:t>人口变动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青海</w:t>
        <w:br/>
      </w:r>
      <w:r>
        <w:rPr>
          <w:sz w:val="22"/>
        </w:rPr>
        <w:t>时间关键词：</w:t>
      </w:r>
      <w:r>
        <w:rPr>
          <w:sz w:val="22"/>
        </w:rPr>
        <w:t>1980-2003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3.文件大小：0.116MB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1979-12-31 16:00:00+00:00</w:t>
      </w:r>
      <w:r>
        <w:rPr>
          <w:sz w:val="22"/>
        </w:rPr>
        <w:t>--</w:t>
      </w:r>
      <w:r>
        <w:rPr>
          <w:sz w:val="22"/>
        </w:rPr>
        <w:t>2003-12-30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青海省统计局. 青海省城镇登记失业人员变化情况（1980-2003）. 国家青藏高原科学数据中心, </w:t>
      </w:r>
      <w:r>
        <w:t>2021</w:t>
      </w:r>
      <w:r>
        <w:t>.[</w:t>
      </w:r>
      <w:r>
        <w:t xml:space="preserve">Qinghai Provincial Bureau of Statistics. Changes of urban registered unemployed in Qinghai Province (1980-2003). National Tibetan Plateau Data Center,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青海省统计局</w:t>
        <w:br/>
      </w:r>
      <w:r>
        <w:rPr>
          <w:sz w:val="22"/>
        </w:rPr>
        <w:t xml:space="preserve">单位: </w:t>
      </w:r>
      <w:r>
        <w:rPr>
          <w:sz w:val="22"/>
        </w:rPr>
        <w:t>Qinghai Provincial Bureau of Statistics</w:t>
        <w:br/>
      </w:r>
      <w:r>
        <w:rPr>
          <w:sz w:val="22"/>
        </w:rPr>
        <w:t xml:space="preserve">电子邮件: </w:t>
      </w:r>
      <w:r>
        <w:rPr>
          <w:sz w:val="22"/>
        </w:rPr>
        <w:t>qhsgcgl@qh.stats.cn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