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新疆维吾尔自治区1:10万土地利用数据集（1980s）</w:t>
      </w:r>
    </w:p>
    <w:p>
      <w:r>
        <w:rPr>
          <w:sz w:val="22"/>
        </w:rPr>
        <w:t>英文标题：1:100,000 land use dataset of Xinjiang Uygur Autonomous Region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新疆维吾尔自治区1:10万土地利用数据集（1980s）. 国家青藏高原科学数据中心, DOI:10.11888/Geogra.tpdc.270647, CSTR:18406.11.Geogra.tpdc.270647, </w:t>
      </w:r>
      <w:r>
        <w:t>2013</w:t>
      </w:r>
      <w:r>
        <w:t>.[</w:t>
      </w:r>
      <w:r>
        <w:t xml:space="preserve">WU Shixin, LIU Jiyuan, ZHUANG Dafang, ZHOU Wancun, WANG Jianhua. 1:100,000 land use dataset of Xinjiang Uygur Autonomous Region (1980s). National Tibetan Plateau Data Center, DOI:10.11888/Geogra.tpdc.270647, CSTR:18406.11.Geogra.tpdc.270647,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