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RGI青藏高原冰川矢量数据（2015）</w:t>
      </w:r>
    </w:p>
    <w:p>
      <w:r>
        <w:rPr>
          <w:sz w:val="22"/>
        </w:rPr>
        <w:t>英文标题：RGI Qinghai Tibet Plateau glacier data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Randolph冰川目录（Randolph Glacier Inventory,RGI）是GLIMS（Global Land Ice Measurements from Space）发布的全球冰川轮廓的完整目录，青藏高原冰川数据来自2015年版本的RGI数据集。</w:t>
        <w:br/>
        <w:br/>
        <w:t>数据按照不同地区进行组织，每个地区包括一个shape文件（.shp文件及其相应的.dbf、.prj和.shx等文件），一个测高数据的.csv文件，每条冰川包含一条记录。</w:t>
        <w:br/>
        <w:br/>
        <w:t>数据来源于GLIMS: Global Land Ice Measurements from Space（http://www.glims.org/RGI/）</w:t>
        <w:br/>
        <w:br/>
        <w:t>数据质量检查包括几何、拓扑和属性检查，包括：</w:t>
        <w:br/>
        <w:br/>
        <w:t>1） 所有多边形都使用ArcGIS Repair Geometry工具进行检查；</w:t>
        <w:br/>
        <w:br/>
        <w:t>2） 删除了小于0.01平方公里的冰川；</w:t>
        <w:br/>
        <w:br/>
        <w:t>3） 拓扑使用Does Not Overlap规则进行检查；</w:t>
        <w:br/>
        <w:br/>
        <w:t>4） 属性表利用Fortran子程序和Python脚本进行数据质量检查。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Center（NSIDC）, Global Land Ice Measurements from Space（GLIMS）. RGI青藏高原冰川矢量数据（2015）. 国家青藏高原科学数据中心, </w:t>
      </w:r>
      <w:r>
        <w:t>2019</w:t>
      </w:r>
      <w:r>
        <w:t>.[</w:t>
      </w:r>
      <w:r>
        <w:t xml:space="preserve">Global Land Ice Measurements from Space, National Snow and Ice Data Center（NSIDC）. RGI Qinghai Tibet Plateau glacier data (2015).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Global Land Ice Measurements from Space（GLIMS）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