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乌鲁木齐河流域人口、城市化、GDP及产业结构预测情景数据（V1.0）（2010-2050）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Urmuqi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乌鲁木齐河流域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2005-01-08 04:19:00+00:00</w:t>
      </w:r>
      <w:r>
        <w:rPr>
          <w:sz w:val="22"/>
        </w:rPr>
        <w:t>--</w:t>
      </w:r>
      <w:r>
        <w:rPr>
          <w:sz w:val="22"/>
        </w:rPr>
        <w:t>2051-01-07 04:19:00+00:00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乌鲁木齐河流域人口、城市化、GDP及产业结构预测情景数据（V1.0）（2010-2050）. 国家青藏高原科学数据中心, DOI:10.11888/Socio-econ.tpe.00000039.file, CSTR:18406.11.Socio-econ.tpe.00000039.file, </w:t>
      </w:r>
      <w:r>
        <w:t>2018</w:t>
      </w:r>
      <w:r>
        <w:t>.[</w:t>
      </w:r>
      <w:r>
        <w:t xml:space="preserve">YANG Linsheng. Population, urbanization, GDP and industrial structure forecast scenario data of the Urmuqi River Basin (Version 1.0) (2010-2050). National Tibetan Plateau Data Center, DOI:10.11888/Socio-econ.tpe.00000039.file, CSTR:18406.11.Socio-econ.tpe.00000039.file,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