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青海省A级旅游景区名录（2008-2020）</w:t>
      </w:r>
    </w:p>
    <w:p>
      <w:r>
        <w:rPr>
          <w:sz w:val="22"/>
        </w:rPr>
        <w:t>英文标题：List of class a scenic spots in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A级旅游景区名录的统计数据，数据按4A级景区、3A级景区、2A级景区等划分的。数据整理自青海省统计局发布的青海省统计年鉴。数据集包含15个数据表，分别为：青海省a级旅游景区名录2009年.xls，青海省A级旅游景区名录2011年.xls，青海省A级旅游景区名录2008年.xls，青海省A级旅游景区名录2010年.xls，青海省A级旅游景区名录2012年.xls，青海省A级旅游景区名录2014年.xls，青海省A级旅游景区名录2015年.xls，青海省A级旅游景区名录2016年.xls，青海省A级旅游景区名录2017年.xls，青海省A级旅游景区名录2018年.xls，青海省A级旅游景区名录2019年.xls，青海省a级旅游景区名录（2020），青海省a级旅游景区名录（2020）1，青海省a级旅游景区名录（2020）2，青海省a级旅游景区名录（2020）3。数据表结构相同。例如2009年的数据表共有2个字段：</w:t>
        <w:br/>
        <w:t>字段1：景区名称</w:t>
        <w:br/>
        <w:t>字段2：地址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地文景观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青海省A级旅游景区名录（2008-2020）. 国家青藏高原科学数据中心, </w:t>
      </w:r>
      <w:r>
        <w:t>2021</w:t>
      </w:r>
      <w:r>
        <w:t>.[</w:t>
      </w:r>
      <w:r>
        <w:t xml:space="preserve">Qinghai Provincial Bureau of Statistics. List of class a scenic spots in Qinghai Province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