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池州地区花岗闪长岩（斑岩）的Sr-Nd-Hf同位素组成</w:t>
      </w:r>
    </w:p>
    <w:p>
      <w:r>
        <w:rPr>
          <w:sz w:val="22"/>
        </w:rPr>
        <w:t>英文标题：Nd SR Hf isotopic composition of granodiorite (porphyry) in Chizhou area</w:t>
      </w:r>
    </w:p>
    <w:p>
      <w:r>
        <w:rPr>
          <w:sz w:val="32"/>
        </w:rPr>
        <w:t>1、摘要</w:t>
      </w:r>
    </w:p>
    <w:p>
      <w:pPr>
        <w:ind w:firstLine="432"/>
      </w:pPr>
      <w:r>
        <w:rPr>
          <w:sz w:val="22"/>
        </w:rPr>
        <w:t>数据内容包括池州地区花岗闪长岩（斑岩）的Nd、Sr同位素组成及其LA-MC-ICP-MS锆石Hf同位素组成。</w:t>
        <w:br/>
        <w:t>Rb-Sr和Sm-Nd同位素数据测算地点位于中国科学技术大学放射成因同位素地球化学实验室，使用仪器为Finnigan-MAT-262热电离质谱仪。</w:t>
        <w:br/>
        <w:t>锆石的Lu-Hf同位素组成测算地点位于南京大学矿床研究国家重点实验室，利用海王星多采集器ICP-MS（LA-MC-ICP-MS）上的193nm激光进行测算。</w:t>
        <w:br/>
        <w:t>以上数据已发表于SCI高级别期刊，数据真实可靠。数据通过Excel表格上传。</w:t>
      </w:r>
    </w:p>
    <w:p>
      <w:r>
        <w:rPr>
          <w:sz w:val="32"/>
        </w:rPr>
        <w:t>2、关键词</w:t>
      </w:r>
    </w:p>
    <w:p>
      <w:pPr>
        <w:ind w:left="432"/>
      </w:pPr>
      <w:r>
        <w:rPr>
          <w:sz w:val="22"/>
        </w:rPr>
        <w:t>主题关键词：</w:t>
      </w:r>
      <w:r>
        <w:rPr>
          <w:sz w:val="22"/>
        </w:rPr>
        <w:t>电子探针</w:t>
      </w:r>
      <w:r>
        <w:t>,</w:t>
      </w:r>
      <w:r>
        <w:rPr>
          <w:sz w:val="22"/>
        </w:rPr>
        <w:t>岩浆</w:t>
      </w:r>
      <w:r>
        <w:t>,</w:t>
      </w:r>
      <w:r>
        <w:rPr>
          <w:sz w:val="22"/>
        </w:rPr>
        <w:t>岩石/矿物</w:t>
      </w:r>
      <w:r>
        <w:t>,</w:t>
      </w:r>
      <w:r>
        <w:rPr>
          <w:sz w:val="22"/>
        </w:rPr>
        <w:t>地球化学</w:t>
      </w:r>
      <w:r>
        <w:t>,</w:t>
      </w:r>
      <w:r>
        <w:rPr>
          <w:sz w:val="22"/>
        </w:rPr>
        <w:t>地质灾害</w:t>
      </w:r>
      <w:r>
        <w:t>,</w:t>
      </w:r>
      <w:r>
        <w:rPr>
          <w:sz w:val="22"/>
        </w:rPr>
        <w:t>Sr-Nd同位素</w:t>
        <w:br/>
      </w:r>
      <w:r>
        <w:rPr>
          <w:sz w:val="22"/>
        </w:rPr>
        <w:t>学科关键词：</w:t>
      </w:r>
      <w:r>
        <w:rPr>
          <w:sz w:val="22"/>
        </w:rPr>
        <w:t>固体地球</w:t>
        <w:br/>
      </w:r>
      <w:r>
        <w:rPr>
          <w:sz w:val="22"/>
        </w:rPr>
        <w:t>地点关键词：</w:t>
      </w:r>
      <w:r>
        <w:rPr>
          <w:sz w:val="22"/>
        </w:rPr>
        <w:t>池州</w:t>
      </w:r>
      <w:r>
        <w:t xml:space="preserve">, </w:t>
      </w:r>
      <w:r>
        <w:rPr>
          <w:sz w:val="22"/>
        </w:rPr>
        <w:t>长江中下游成矿带</w:t>
        <w:br/>
      </w:r>
      <w:r>
        <w:rPr>
          <w:sz w:val="22"/>
        </w:rPr>
        <w:t>时间关键词：</w:t>
      </w:r>
      <w:r>
        <w:rPr>
          <w:sz w:val="22"/>
        </w:rPr>
        <w:t>侏罗纪</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西：117.1</w:t>
            </w:r>
          </w:p>
        </w:tc>
        <w:tc>
          <w:tcPr>
            <w:tcW w:type="dxa" w:w="2880"/>
          </w:tcPr>
          <w:p>
            <w:r>
              <w:t>-</w:t>
            </w:r>
          </w:p>
        </w:tc>
        <w:tc>
          <w:tcPr>
            <w:tcW w:type="dxa" w:w="2880"/>
          </w:tcPr>
          <w:p>
            <w:r>
              <w:t>东：117.35</w:t>
            </w:r>
          </w:p>
        </w:tc>
      </w:tr>
      <w:tr>
        <w:tc>
          <w:tcPr>
            <w:tcW w:type="dxa" w:w="2880"/>
          </w:tcPr>
          <w:p>
            <w:r>
              <w:t>-</w:t>
            </w:r>
          </w:p>
        </w:tc>
        <w:tc>
          <w:tcPr>
            <w:tcW w:type="dxa" w:w="2880"/>
          </w:tcPr>
          <w:p>
            <w:r>
              <w:t>南：30.18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池州地区花岗闪长岩（斑岩）的Sr-Nd-Hf同位素组成. 国家青藏高原科学数据中心, DOI:doi.org/10.1016/j.oregeorev.2019.04.018, CSTR:, </w:t>
      </w:r>
      <w:r>
        <w:t>2021</w:t>
      </w:r>
      <w:r>
        <w:t>.[</w:t>
      </w:r>
      <w:r>
        <w:t xml:space="preserve">XIE   Jiancheng. Nd SR Hf isotopic composition of granodiorite (porphyry) in Chizhou area. National Tibetan Plateau Data Center, DOI:doi.org/10.1016/j.oregeorev.2019.04.018, CSTR:, </w:t>
      </w:r>
      <w:r>
        <w:t>2021</w:t>
      </w:r>
      <w:r>
        <w:rPr>
          <w:sz w:val="22"/>
        </w:rPr>
        <w:t>]</w:t>
      </w:r>
    </w:p>
    <w:p>
      <w:pPr>
        <w:ind w:left="432"/>
      </w:pPr>
      <w:r>
        <w:rPr>
          <w:sz w:val="22"/>
        </w:rPr>
        <w:t xml:space="preserve">文章的引用: </w:t>
      </w:r>
    </w:p>
    <w:p>
      <w:pPr>
        <w:ind w:left="864"/>
      </w:pPr>
      <w:r>
        <w:t>Jx, A., Dt, A., Dx, A., Yu, W.A., Ql, A., &amp; Xy, B., et al. (2019). Geochronological and geochemical constraints on the formation of chizhou cu-mo polymetallic deposits, middle and lower yangtze metallogenic belt, eastern china. Ore Geology Reviews, 109, 322-347.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