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青海省按部门和类别工业产品生产者价格指数（1989-2013）</w:t>
      </w:r>
    </w:p>
    <w:p>
      <w:r>
        <w:rPr>
          <w:sz w:val="22"/>
        </w:rPr>
        <w:t>英文标题：Producer price index and product categories of Qinghai Province (1989-2013)</w:t>
      </w:r>
    </w:p>
    <w:p>
      <w:r>
        <w:rPr>
          <w:sz w:val="32"/>
        </w:rPr>
        <w:t>1、摘要</w:t>
      </w:r>
    </w:p>
    <w:p>
      <w:pPr>
        <w:ind w:firstLine="432"/>
      </w:pPr>
      <w:r>
        <w:rPr>
          <w:sz w:val="22"/>
        </w:rPr>
        <w:t>该数据集记录了青海省按部门和类别工业产品生产者价格指数的统计数据，数据按部门和类别等划分的。数据整理自青海省统计局发布的青海省统计年鉴。数据集包含1个数据表，为：1989-2013年按部门和类别工业产品生产者价格指数.xls。1989-2013年的数据表共有:8个字段：</w:t>
        <w:br/>
        <w:t>字段1：石油和天然气开采业</w:t>
        <w:br/>
        <w:t>字段2：有色金属矿采选业</w:t>
        <w:br/>
        <w:t>字段3：电力、热力的生产和供应业</w:t>
        <w:br/>
        <w:t>字段4：生活资料</w:t>
        <w:br/>
        <w:t>字段5：食品类</w:t>
        <w:br/>
        <w:t>字段6：衣着类</w:t>
        <w:br/>
        <w:t>字段7：一般日用品类</w:t>
        <w:br/>
        <w:t>字段8：耐用消费品类</w:t>
      </w:r>
    </w:p>
    <w:p>
      <w:r>
        <w:rPr>
          <w:sz w:val="32"/>
        </w:rPr>
        <w:t>2、关键词</w:t>
      </w:r>
    </w:p>
    <w:p>
      <w:pPr>
        <w:ind w:left="432"/>
      </w:pPr>
      <w:r>
        <w:rPr>
          <w:sz w:val="22"/>
        </w:rPr>
        <w:t>主题关键词：</w:t>
      </w:r>
      <w:r>
        <w:rPr>
          <w:sz w:val="22"/>
        </w:rPr>
        <w:t>社会经济</w:t>
      </w:r>
      <w:r>
        <w:t>,</w:t>
      </w:r>
      <w:r>
        <w:rPr>
          <w:sz w:val="22"/>
        </w:rPr>
        <w:t>生产价格指数</w:t>
        <w:br/>
      </w:r>
      <w:r>
        <w:rPr>
          <w:sz w:val="22"/>
        </w:rPr>
        <w:t>学科关键词：</w:t>
      </w:r>
      <w:r>
        <w:rPr>
          <w:sz w:val="22"/>
        </w:rPr>
        <w:t>人地关系</w:t>
        <w:br/>
      </w:r>
      <w:r>
        <w:rPr>
          <w:sz w:val="22"/>
        </w:rPr>
        <w:t>地点关键词：</w:t>
      </w:r>
      <w:r>
        <w:rPr>
          <w:sz w:val="22"/>
        </w:rPr>
        <w:t>青海</w:t>
        <w:br/>
      </w:r>
      <w:r>
        <w:rPr>
          <w:sz w:val="22"/>
        </w:rPr>
        <w:t>时间关键词：</w:t>
      </w:r>
      <w:r>
        <w:rPr>
          <w:sz w:val="22"/>
        </w:rPr>
        <w:t>1989-2013</w:t>
      </w:r>
    </w:p>
    <w:p>
      <w:r>
        <w:rPr>
          <w:sz w:val="32"/>
        </w:rPr>
        <w:t>3、数据细节</w:t>
      </w:r>
    </w:p>
    <w:p>
      <w:pPr>
        <w:ind w:left="432"/>
      </w:pPr>
      <w:r>
        <w:rPr>
          <w:sz w:val="22"/>
        </w:rPr>
        <w:t>1.比例尺：None</w:t>
      </w:r>
    </w:p>
    <w:p>
      <w:pPr>
        <w:ind w:left="432"/>
      </w:pPr>
      <w:r>
        <w:rPr>
          <w:sz w:val="22"/>
        </w:rPr>
        <w:t>2.投影：None</w:t>
      </w:r>
    </w:p>
    <w:p>
      <w:pPr>
        <w:ind w:left="432"/>
      </w:pPr>
      <w:r>
        <w:rPr>
          <w:sz w:val="22"/>
        </w:rPr>
        <w:t>3.文件大小：0.01MB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1988-12-31 16:00:00+00:00</w:t>
      </w:r>
      <w:r>
        <w:rPr>
          <w:sz w:val="22"/>
        </w:rPr>
        <w:t>--</w:t>
      </w:r>
      <w:r>
        <w:rPr>
          <w:sz w:val="22"/>
        </w:rPr>
        <w:t>2013-12-30 16:00:00+00:00</w:t>
      </w:r>
    </w:p>
    <w:p>
      <w:r>
        <w:rPr>
          <w:sz w:val="32"/>
        </w:rPr>
        <w:t>6、引用方式</w:t>
      </w:r>
    </w:p>
    <w:p>
      <w:pPr>
        <w:ind w:left="432"/>
      </w:pPr>
      <w:r>
        <w:rPr>
          <w:sz w:val="22"/>
        </w:rPr>
        <w:t xml:space="preserve">数据的引用: </w:t>
      </w:r>
    </w:p>
    <w:p>
      <w:pPr>
        <w:ind w:left="432" w:firstLine="432"/>
      </w:pPr>
      <w:r>
        <w:t xml:space="preserve">青海省统计局. 青海省按部门和类别工业产品生产者价格指数（1989-2013）. 国家青藏高原科学数据中心, </w:t>
      </w:r>
      <w:r>
        <w:t>2021</w:t>
      </w:r>
      <w:r>
        <w:t>.[</w:t>
      </w:r>
      <w:r>
        <w:t xml:space="preserve">Qinghai Provincial Bureau of Statistics. Producer price index and product categories of Qinghai Province (1989-2013).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