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Fungal spores from Gonghai Lake</w:t>
      </w:r>
    </w:p>
    <w:p>
      <w:r>
        <w:rPr>
          <w:sz w:val="22"/>
        </w:rPr>
        <w:t>英文标题：Fungal spores from Gonghai Lake</w:t>
      </w:r>
    </w:p>
    <w:p>
      <w:r>
        <w:rPr>
          <w:sz w:val="32"/>
        </w:rPr>
        <w:t>1、摘要</w:t>
      </w:r>
    </w:p>
    <w:p>
      <w:pPr>
        <w:ind w:firstLine="432"/>
      </w:pPr>
      <w:r>
        <w:rPr>
          <w:sz w:val="22"/>
        </w:rPr>
        <w:t>The data set contains the content of fungal spores from Gonghai Lake (38°54′N, 112°14′E, altitude 1860 m) in northern China since the Deglaciation. We have completed the fungal spores analyses of 466 sedimentary samples. Palynomorph extraction followed the routine process with HCl, NaOH, and HF treatments during the extraction. We use analyses of Sporormiella-type coprophilous fungal spores, together with other sequence of fungal spores to reconstruct the population dynamics of large herbivore and the history of grazing activity during the Holocene in northern China. Our work will be helpful for understanding past human-induced geophysical process. The data is stored in Excel format.</w:t>
      </w:r>
    </w:p>
    <w:p>
      <w:r>
        <w:rPr>
          <w:sz w:val="32"/>
        </w:rPr>
        <w:t>2、关键词</w:t>
      </w:r>
    </w:p>
    <w:p>
      <w:pPr>
        <w:ind w:left="432"/>
      </w:pPr>
      <w:r>
        <w:rPr>
          <w:sz w:val="22"/>
        </w:rPr>
        <w:t>主题关键词：</w:t>
      </w:r>
      <w:r>
        <w:rPr>
          <w:sz w:val="22"/>
        </w:rPr>
        <w:t>小荚孢腔菌类真菌孢子</w:t>
      </w:r>
      <w:r>
        <w:t>,</w:t>
      </w:r>
      <w:r>
        <w:rPr>
          <w:sz w:val="22"/>
        </w:rPr>
        <w:t>真菌孢子</w:t>
      </w:r>
      <w:r>
        <w:t>,</w:t>
      </w:r>
      <w:r>
        <w:rPr>
          <w:sz w:val="22"/>
        </w:rPr>
        <w:t>古气候重建</w:t>
        <w:br/>
      </w:r>
      <w:r>
        <w:rPr>
          <w:sz w:val="22"/>
        </w:rPr>
        <w:t>学科关键词：</w:t>
      </w:r>
      <w:r>
        <w:rPr>
          <w:sz w:val="22"/>
        </w:rPr>
        <w:t>古环境</w:t>
        <w:br/>
      </w:r>
      <w:r>
        <w:rPr>
          <w:sz w:val="22"/>
        </w:rPr>
        <w:t>地点关键词：</w:t>
      </w:r>
      <w:r>
        <w:rPr>
          <w:sz w:val="22"/>
        </w:rPr>
        <w:t>Gonghai Lake</w:t>
      </w:r>
      <w:r>
        <w:t xml:space="preserve">, </w:t>
      </w:r>
      <w:r>
        <w:rPr>
          <w:sz w:val="22"/>
        </w:rPr>
        <w:t>northern China</w:t>
        <w:br/>
      </w:r>
      <w:r>
        <w:rPr>
          <w:sz w:val="22"/>
        </w:rPr>
        <w:t>时间关键词：</w:t>
      </w:r>
      <w:r>
        <w:rPr>
          <w:sz w:val="22"/>
        </w:rPr>
        <w:t>Holocene</w:t>
      </w:r>
    </w:p>
    <w:p>
      <w:r>
        <w:rPr>
          <w:sz w:val="32"/>
        </w:rPr>
        <w:t>3、数据细节</w:t>
      </w:r>
    </w:p>
    <w:p>
      <w:pPr>
        <w:ind w:left="432"/>
      </w:pPr>
      <w:r>
        <w:rPr>
          <w:sz w:val="22"/>
        </w:rPr>
        <w:t>1.比例尺：None</w:t>
      </w:r>
    </w:p>
    <w:p>
      <w:pPr>
        <w:ind w:left="432"/>
      </w:pPr>
      <w:r>
        <w:rPr>
          <w:sz w:val="22"/>
        </w:rPr>
        <w:t>2.投影：</w:t>
      </w:r>
    </w:p>
    <w:p>
      <w:pPr>
        <w:ind w:left="432"/>
      </w:pPr>
      <w:r>
        <w:rPr>
          <w:sz w:val="22"/>
        </w:rPr>
        <w:t>3.文件大小：0.09MB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w:t>
            </w:r>
          </w:p>
        </w:tc>
        <w:tc>
          <w:tcPr>
            <w:tcW w:type="dxa" w:w="2880"/>
          </w:tcPr>
          <w:p>
            <w:r>
              <w:t>-</w:t>
            </w:r>
          </w:p>
        </w:tc>
      </w:tr>
      <w:tr>
        <w:tc>
          <w:tcPr>
            <w:tcW w:type="dxa" w:w="2880"/>
          </w:tcPr>
          <w:p>
            <w:r>
              <w:t>西：111.14</w:t>
            </w:r>
          </w:p>
        </w:tc>
        <w:tc>
          <w:tcPr>
            <w:tcW w:type="dxa" w:w="2880"/>
          </w:tcPr>
          <w:p>
            <w:r>
              <w:t>-</w:t>
            </w:r>
          </w:p>
        </w:tc>
        <w:tc>
          <w:tcPr>
            <w:tcW w:type="dxa" w:w="2880"/>
          </w:tcPr>
          <w:p>
            <w:r>
              <w:t>东：111.14</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Xiaozhong HUANG, Jun ZHANG. Fungal spores from Gonghai Lake. 国家青藏高原科学数据中心, DOI:10.11888/Paleoenv.tpdc.271087, CSTR:18406.11.Paleoenv.tpdc.271087, </w:t>
      </w:r>
      <w:r>
        <w:t>2021</w:t>
      </w:r>
      <w:r>
        <w:t>.[</w:t>
      </w:r>
      <w:r>
        <w:t xml:space="preserve">HUANG  Xiaozhong, ZHANG  Jun. . National Tibetan Plateau Data Center, DOI:10.11888/Paleoenv.tpdc.271087, CSTR:18406.11.Paleoenv.tpdc.271087,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Xiaozhong HUANG</w:t>
        <w:br/>
      </w:r>
      <w:r>
        <w:rPr>
          <w:sz w:val="22"/>
        </w:rPr>
        <w:t xml:space="preserve">单位: </w:t>
      </w:r>
      <w:r>
        <w:rPr>
          <w:sz w:val="22"/>
        </w:rPr>
        <w:t>Lanzhou University</w:t>
        <w:br/>
      </w:r>
      <w:r>
        <w:rPr>
          <w:sz w:val="22"/>
        </w:rPr>
        <w:t xml:space="preserve">电子邮件: </w:t>
      </w:r>
      <w:r>
        <w:rPr>
          <w:sz w:val="22"/>
        </w:rPr>
        <w:t>xzhuang@lzu.edu.cn</w:t>
        <w:br/>
        <w:br/>
      </w:r>
      <w:r>
        <w:rPr>
          <w:sz w:val="22"/>
        </w:rPr>
        <w:t xml:space="preserve">姓名: </w:t>
      </w:r>
      <w:r>
        <w:rPr>
          <w:sz w:val="22"/>
        </w:rPr>
        <w:t>Jun ZHANG</w:t>
        <w:br/>
      </w:r>
      <w:r>
        <w:rPr>
          <w:sz w:val="22"/>
        </w:rPr>
        <w:t xml:space="preserve">单位: </w:t>
      </w:r>
      <w:r>
        <w:rPr>
          <w:sz w:val="22"/>
        </w:rPr>
        <w:t>Lanzhou University</w:t>
        <w:br/>
      </w:r>
      <w:r>
        <w:rPr>
          <w:sz w:val="22"/>
        </w:rPr>
        <w:t xml:space="preserve">电子邮件: </w:t>
      </w:r>
      <w:r>
        <w:rPr>
          <w:sz w:val="22"/>
        </w:rPr>
        <w:t>zhangjun16@lzu.edu.cn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