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黑河上游未来50年气候情景生态水文模拟结果V1.0（2015-2070）</w:t>
      </w:r>
    </w:p>
    <w:p>
      <w:r>
        <w:rPr>
          <w:sz w:val="22"/>
        </w:rPr>
        <w:t>英文标题：Modeling ecohydrological processes and spatial patterns in the upper of Heihe river basin V1.0  (2015-2070)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黑河上游分布式生态水文模型（GBEHM）输出数据包括1-km网格的空间分布数据系列数据。</w:t>
        <w:br/>
        <w:t>区域：黑河上游（莺落峡），时间分辨率：月尺度，空间分辨率：1km，时段：2015年-2070年（未来情景）。</w:t>
        <w:br/>
        <w:t>数据包括降水量、蒸散发、径流深、平均气温。</w:t>
        <w:br/>
        <w:t>所有数据均为ASCII格式，流域空间范围参见reference目录下的basin.asc文件。</w:t>
        <w:br/>
        <w:t>模型结果的投影参数: Sphere_ARC_INFO_Lambert_Azimuthal_Equal_Area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2015-2070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3.文件大小：87.0MB</w:t>
      </w:r>
    </w:p>
    <w:p>
      <w:pPr>
        <w:ind w:left="432"/>
      </w:pPr>
      <w:r>
        <w:rPr>
          <w:sz w:val="22"/>
        </w:rPr>
        <w:t>4.数据格式：ASCII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2015-12-08 00:00:00+00:00</w:t>
      </w:r>
      <w:r>
        <w:rPr>
          <w:sz w:val="22"/>
        </w:rPr>
        <w:t>--</w:t>
      </w:r>
      <w:r>
        <w:rPr>
          <w:sz w:val="22"/>
        </w:rPr>
        <w:t>2071-01-07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杨大文. 黑河上游未来50年气候情景生态水文模拟结果V1.0（2015-2070）. 国家青藏高原科学数据中心, DOI:10.3972/heihe.189.2016.db, CSTR:18406.11.heihe.189.2016.db, </w:t>
      </w:r>
      <w:r>
        <w:t>2017</w:t>
      </w:r>
      <w:r>
        <w:t>.[</w:t>
      </w:r>
      <w:r>
        <w:t xml:space="preserve">YANG  Dawen. Modeling ecohydrological processes and spatial patterns in the upper of Heihe river basin V1.0  (2015-2070). National Tibetan Plateau Data Center, DOI:10.3972/heihe.189.2016.db, CSTR:18406.11.heihe.189.2016.db,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B., Qin, Y., Wang, Y., Yang, D., Zheng Y. (2016). Modeling Ecohydrological Processes and Spatial Patterns in the Upper Heihe Basin in China. Forests, 7(1), DOI:10.3390/f7010010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杨大文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yangdw@mail.tsinghua.edu.cn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