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祁连山北麓黑河流域中下游土壤可用水量（SW_AWC）逐月模拟数据（2001-2015）</w:t>
      </w:r>
    </w:p>
    <w:p>
      <w:r>
        <w:rPr>
          <w:sz w:val="22"/>
        </w:rPr>
        <w:t>英文标题：Modeling results of available soil water content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土壤可用水量（SW_AWC）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地表参数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祁连山北麓黑河流域中下游土壤可用水量（SW_AWC）逐月模拟数据（2001-2015）. 国家青藏高原科学数据中心, DOI:10.11888/Terre.tpdc.271985, CSTR:18406.11.Terre.tpdc.271985, </w:t>
      </w:r>
      <w:r>
        <w:t>2021</w:t>
      </w:r>
      <w:r>
        <w:t>.[</w:t>
      </w:r>
      <w:r>
        <w:t xml:space="preserve">HAN   Feng , ZHENG   Yi , TIAN   Yong . Modeling results of available soil water content in the middle and lower Heihe River Basin at the north of Qilian Mountains (2001-2015). National Tibetan Plateau Data Center, DOI:10.11888/Terre.tpdc.271985, CSTR:18406.11.Terre.tpdc.271985,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