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色林错流域坡面产流观测数据（2017）</w:t>
      </w:r>
    </w:p>
    <w:p>
      <w:r>
        <w:rPr>
          <w:sz w:val="22"/>
        </w:rPr>
        <w:t>英文标题：Slopes-Runoff observation dataset of Selincuo Basin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该数据集是2017年色林错流域典型下垫面径流场坡面产流观测数据，可用于寒区水文过程以及冻土学等学科领域。</w:t>
        <w:br/>
        <w:t>观测点的下垫面为典型高寒草原。观测时间为2017年7月2日、2017年8月10日、2017年8月17日、2017年8月26日、2017年8月30日、2017年8月31日、2017年9月1日、2017年9月2日、2017年9月3日、2017年9月4日。观测内容包括</w:t>
        <w:br/>
        <w:t>降雨时间、降雨时长、降雨量、平均降雨江都、径流量及径流系数。</w:t>
        <w:br/>
        <w:t>降水时长精确到分、降水观测精确到0.1mm、径流量观测换算为mm，精确到0.01mm。原始数据经过质量控制后形成连续时间序列，通过计算得到每日均值指标数据。数据以excel文件存储。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色林错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2017-07-10 00:56:00+00:00</w:t>
      </w:r>
      <w:r>
        <w:rPr>
          <w:sz w:val="22"/>
        </w:rPr>
        <w:t>--</w:t>
      </w:r>
      <w:r>
        <w:rPr>
          <w:sz w:val="22"/>
        </w:rPr>
        <w:t>2017-09-12 00:57:00+00:00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张寅生. 色林错流域坡面产流观测数据（2017）. 国家青藏高原科学数据中心, DOI:10.11888/Hydro.tpdc.270007, CSTR:18406.11.Hydro.tpdc.270007, </w:t>
      </w:r>
      <w:r>
        <w:t>2018</w:t>
      </w:r>
      <w:r>
        <w:t>.[</w:t>
      </w:r>
      <w:r>
        <w:t xml:space="preserve">ZHANG Yinsheng. Slopes-Runoff observation dataset of Selincuo Basin (2017). National Tibetan Plateau Data Center, DOI:10.11888/Hydro.tpdc.270007, CSTR:18406.11.Hydro.tpdc.270007,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张寅生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zhangys@itpcas.ac.cn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